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5421" w14:textId="065F5ACE" w:rsidR="00E220B9" w:rsidRPr="0038318B" w:rsidRDefault="00A47972" w:rsidP="00A47972">
      <w:pPr>
        <w:jc w:val="center"/>
        <w:rPr>
          <w:lang w:val="fr-CA"/>
        </w:rPr>
      </w:pPr>
      <w:r w:rsidRPr="0038318B">
        <w:rPr>
          <w:b/>
          <w:color w:val="1F4E79"/>
          <w:sz w:val="24"/>
          <w:lang w:val="fr-CA"/>
        </w:rPr>
        <w:t>FRANÇOIS DANIS</w:t>
      </w:r>
    </w:p>
    <w:p w14:paraId="0B401B9B" w14:textId="77777777" w:rsidR="00E220B9" w:rsidRPr="0038318B" w:rsidRDefault="00000000" w:rsidP="00A47972">
      <w:pPr>
        <w:spacing w:after="0"/>
        <w:jc w:val="center"/>
        <w:rPr>
          <w:color w:val="1F497D" w:themeColor="text2"/>
          <w:lang w:val="fr-CA"/>
        </w:rPr>
      </w:pPr>
      <w:r w:rsidRPr="0038318B">
        <w:rPr>
          <w:color w:val="1F497D" w:themeColor="text2"/>
          <w:lang w:val="fr-CA"/>
        </w:rPr>
        <w:t>390, chemin du Gros-Cap</w:t>
      </w:r>
    </w:p>
    <w:p w14:paraId="356FC3D4" w14:textId="10722C10" w:rsidR="00E220B9" w:rsidRPr="0038318B" w:rsidRDefault="00000000" w:rsidP="00A47972">
      <w:pPr>
        <w:spacing w:after="0"/>
        <w:jc w:val="center"/>
        <w:rPr>
          <w:color w:val="1F497D" w:themeColor="text2"/>
          <w:lang w:val="fr-CA"/>
        </w:rPr>
      </w:pPr>
      <w:r w:rsidRPr="0038318B">
        <w:rPr>
          <w:color w:val="1F497D" w:themeColor="text2"/>
          <w:lang w:val="fr-CA"/>
        </w:rPr>
        <w:t>L’Étang-du-Nord, Québec G4T 3L9</w:t>
      </w:r>
    </w:p>
    <w:p w14:paraId="1BB8708A" w14:textId="77777777" w:rsidR="00E220B9" w:rsidRPr="0038318B" w:rsidRDefault="00000000" w:rsidP="00A47972">
      <w:pPr>
        <w:spacing w:after="0"/>
        <w:jc w:val="center"/>
        <w:rPr>
          <w:color w:val="1F497D" w:themeColor="text2"/>
          <w:lang w:val="fr-CA"/>
        </w:rPr>
      </w:pPr>
      <w:r w:rsidRPr="0038318B">
        <w:rPr>
          <w:color w:val="1F497D" w:themeColor="text2"/>
          <w:lang w:val="fr-CA"/>
        </w:rPr>
        <w:t>418 937-3921</w:t>
      </w:r>
    </w:p>
    <w:p w14:paraId="0DC20D6A" w14:textId="17A5B0A8" w:rsidR="00E220B9" w:rsidRDefault="005D4940" w:rsidP="00A47972">
      <w:pPr>
        <w:spacing w:after="0"/>
        <w:jc w:val="center"/>
        <w:rPr>
          <w:color w:val="1F497D" w:themeColor="text2"/>
          <w:lang w:val="fr-CA"/>
        </w:rPr>
      </w:pPr>
      <w:hyperlink r:id="rId6" w:history="1">
        <w:r w:rsidRPr="0038318B">
          <w:rPr>
            <w:rStyle w:val="Lienhypertexte"/>
            <w:lang w:val="fr-CA"/>
          </w:rPr>
          <w:t>fdanis65@gmail.com</w:t>
        </w:r>
      </w:hyperlink>
    </w:p>
    <w:p w14:paraId="4EFE50E5" w14:textId="77777777" w:rsidR="005D4940" w:rsidRDefault="005D4940">
      <w:pPr>
        <w:spacing w:after="0"/>
        <w:rPr>
          <w:color w:val="1F497D" w:themeColor="text2"/>
          <w:lang w:val="fr-CA"/>
        </w:rPr>
      </w:pPr>
    </w:p>
    <w:p w14:paraId="4F3FF958" w14:textId="70292854" w:rsidR="005D4940" w:rsidRPr="000F2B40" w:rsidRDefault="00000000">
      <w:pPr>
        <w:spacing w:after="0"/>
        <w:rPr>
          <w:color w:val="1F497D" w:themeColor="text2"/>
          <w:lang w:val="fr-CA"/>
        </w:rPr>
      </w:pPr>
      <w:r>
        <w:rPr>
          <w:color w:val="1F497D" w:themeColor="text2"/>
          <w:lang w:val="fr-CA"/>
        </w:rPr>
        <w:pict w14:anchorId="75FD22C3">
          <v:rect id="_x0000_i1025" style="width:0;height:1.5pt" o:hralign="center" o:hrstd="t" o:hr="t" fillcolor="#a0a0a0" stroked="f"/>
        </w:pict>
      </w:r>
    </w:p>
    <w:p w14:paraId="74FEE0E0" w14:textId="77777777" w:rsidR="00A47972" w:rsidRDefault="00A47972" w:rsidP="0088463F">
      <w:pPr>
        <w:spacing w:after="0"/>
        <w:rPr>
          <w:color w:val="222222"/>
          <w:lang w:val="fr-CA"/>
        </w:rPr>
      </w:pPr>
    </w:p>
    <w:p w14:paraId="205932FC" w14:textId="19059EC7" w:rsidR="00026EC5" w:rsidRDefault="005D4940" w:rsidP="0088463F">
      <w:pPr>
        <w:spacing w:after="0"/>
        <w:rPr>
          <w:color w:val="222222"/>
          <w:sz w:val="22"/>
          <w:lang w:val="fr-CA"/>
        </w:rPr>
      </w:pPr>
      <w:r w:rsidRPr="009E71BC">
        <w:rPr>
          <w:color w:val="222222"/>
          <w:sz w:val="22"/>
          <w:lang w:val="fr-CA"/>
        </w:rPr>
        <w:t xml:space="preserve">L’Étang-du-Nord, le </w:t>
      </w:r>
      <w:r w:rsidR="00A47972" w:rsidRPr="009E71BC">
        <w:rPr>
          <w:color w:val="222222"/>
          <w:sz w:val="22"/>
          <w:lang w:val="fr-CA"/>
        </w:rPr>
        <w:t>11</w:t>
      </w:r>
      <w:r w:rsidRPr="009E71BC">
        <w:rPr>
          <w:color w:val="222222"/>
          <w:sz w:val="22"/>
          <w:lang w:val="fr-CA"/>
        </w:rPr>
        <w:t xml:space="preserve"> juin 2026</w:t>
      </w:r>
    </w:p>
    <w:p w14:paraId="72D964DF" w14:textId="11B4E29B" w:rsidR="00026EC5" w:rsidRDefault="00026EC5" w:rsidP="0088463F">
      <w:pPr>
        <w:spacing w:after="0"/>
        <w:rPr>
          <w:color w:val="222222"/>
          <w:sz w:val="22"/>
          <w:lang w:val="fr-CA"/>
        </w:rPr>
      </w:pPr>
      <w:r>
        <w:rPr>
          <w:color w:val="222222"/>
          <w:sz w:val="22"/>
          <w:lang w:val="fr-CA"/>
        </w:rPr>
        <w:br/>
      </w:r>
      <w:r w:rsidR="005D4940" w:rsidRPr="009E71BC">
        <w:rPr>
          <w:color w:val="222222"/>
          <w:sz w:val="22"/>
          <w:lang w:val="fr-CA"/>
        </w:rPr>
        <w:t>Gestion P. Chevarie</w:t>
      </w:r>
      <w:r>
        <w:rPr>
          <w:color w:val="222222"/>
          <w:sz w:val="22"/>
          <w:lang w:val="fr-CA"/>
        </w:rPr>
        <w:t xml:space="preserve"> Inc.</w:t>
      </w:r>
    </w:p>
    <w:p w14:paraId="09CE790C" w14:textId="4529E23F" w:rsidR="0088463F" w:rsidRPr="009E71BC" w:rsidRDefault="0088463F" w:rsidP="0088463F">
      <w:pPr>
        <w:spacing w:after="0"/>
        <w:rPr>
          <w:color w:val="222222"/>
          <w:sz w:val="22"/>
          <w:lang w:val="fr-CA"/>
        </w:rPr>
      </w:pPr>
      <w:r w:rsidRPr="009E71BC">
        <w:rPr>
          <w:color w:val="222222"/>
          <w:sz w:val="22"/>
          <w:lang w:val="fr-CA"/>
        </w:rPr>
        <w:t>380 chemin principal</w:t>
      </w:r>
    </w:p>
    <w:p w14:paraId="6D1A5E60" w14:textId="3555052F" w:rsidR="0088463F" w:rsidRPr="009E71BC" w:rsidRDefault="0088463F" w:rsidP="0088463F">
      <w:pPr>
        <w:spacing w:after="0"/>
        <w:rPr>
          <w:color w:val="222222"/>
          <w:sz w:val="22"/>
          <w:lang w:val="fr-CA"/>
        </w:rPr>
      </w:pPr>
      <w:r w:rsidRPr="009E71BC">
        <w:rPr>
          <w:color w:val="222222"/>
          <w:sz w:val="22"/>
          <w:lang w:val="fr-CA"/>
        </w:rPr>
        <w:t>Cap-aux-Meules, QC</w:t>
      </w:r>
    </w:p>
    <w:p w14:paraId="09320D15" w14:textId="355A7191" w:rsidR="005D4940" w:rsidRPr="009E71BC" w:rsidRDefault="0088463F" w:rsidP="000C3523">
      <w:pPr>
        <w:spacing w:after="0"/>
        <w:rPr>
          <w:color w:val="222222"/>
          <w:sz w:val="22"/>
          <w:lang w:val="fr-CA"/>
        </w:rPr>
      </w:pPr>
      <w:r w:rsidRPr="009E71BC">
        <w:rPr>
          <w:color w:val="222222"/>
          <w:sz w:val="22"/>
          <w:lang w:val="fr-CA"/>
        </w:rPr>
        <w:t>G4T 1C9</w:t>
      </w:r>
    </w:p>
    <w:p w14:paraId="7A31627A" w14:textId="77777777" w:rsidR="00E220B9" w:rsidRPr="009E71BC" w:rsidRDefault="00000000">
      <w:pPr>
        <w:spacing w:before="240"/>
        <w:rPr>
          <w:sz w:val="22"/>
          <w:lang w:val="fr-CA"/>
        </w:rPr>
      </w:pPr>
      <w:r w:rsidRPr="009E71BC">
        <w:rPr>
          <w:b/>
          <w:color w:val="222222"/>
          <w:sz w:val="22"/>
          <w:lang w:val="fr-CA"/>
        </w:rPr>
        <w:t>Objet : Candidature au poste de directeur de magasin de vente au détail</w:t>
      </w:r>
    </w:p>
    <w:p w14:paraId="539BE84B" w14:textId="77777777" w:rsidR="00E220B9" w:rsidRPr="009E71BC" w:rsidRDefault="00000000">
      <w:pPr>
        <w:spacing w:before="240" w:after="80"/>
        <w:rPr>
          <w:sz w:val="22"/>
          <w:lang w:val="fr-CA"/>
        </w:rPr>
      </w:pPr>
      <w:r w:rsidRPr="009E71BC">
        <w:rPr>
          <w:color w:val="222222"/>
          <w:sz w:val="22"/>
          <w:lang w:val="fr-CA"/>
        </w:rPr>
        <w:t>Madame, Monsieur,</w:t>
      </w:r>
    </w:p>
    <w:p w14:paraId="1F2B5665" w14:textId="0B3DE23D" w:rsidR="00E220B9" w:rsidRPr="009E71BC" w:rsidRDefault="003E7C86">
      <w:pPr>
        <w:spacing w:before="120" w:after="80"/>
        <w:jc w:val="both"/>
        <w:rPr>
          <w:color w:val="222222"/>
          <w:sz w:val="22"/>
          <w:lang w:val="fr-CA"/>
        </w:rPr>
      </w:pPr>
      <w:r w:rsidRPr="009E71BC">
        <w:rPr>
          <w:color w:val="222222"/>
          <w:sz w:val="22"/>
          <w:lang w:val="fr-CA"/>
        </w:rPr>
        <w:t xml:space="preserve">C’est avec beaucoup d’intérêt que je soumets </w:t>
      </w:r>
      <w:r w:rsidRPr="009E71BC">
        <w:rPr>
          <w:color w:val="222222"/>
          <w:sz w:val="22"/>
          <w:lang w:val="fr-CA"/>
        </w:rPr>
        <w:t xml:space="preserve">ma candidature pour le poste de directeur de magasin de vente au détail au sein de Gestion P. Chevarie </w:t>
      </w:r>
      <w:r w:rsidR="000C3523" w:rsidRPr="009E71BC">
        <w:rPr>
          <w:color w:val="222222"/>
          <w:sz w:val="22"/>
          <w:lang w:val="fr-CA"/>
        </w:rPr>
        <w:t>Inc.</w:t>
      </w:r>
      <w:r w:rsidRPr="009E71BC">
        <w:rPr>
          <w:color w:val="222222"/>
          <w:sz w:val="22"/>
          <w:lang w:val="fr-CA"/>
        </w:rPr>
        <w:t xml:space="preserve"> </w:t>
      </w:r>
    </w:p>
    <w:p w14:paraId="2A0FDCF0" w14:textId="24A6B8E8" w:rsidR="00220E94" w:rsidRPr="009E71BC" w:rsidRDefault="005D4940">
      <w:pPr>
        <w:spacing w:before="120" w:after="80"/>
        <w:jc w:val="both"/>
        <w:rPr>
          <w:color w:val="222222"/>
          <w:sz w:val="22"/>
          <w:lang w:val="fr-CA"/>
        </w:rPr>
      </w:pPr>
      <w:r w:rsidRPr="009E71BC">
        <w:rPr>
          <w:color w:val="222222"/>
          <w:sz w:val="22"/>
          <w:lang w:val="fr-CA"/>
        </w:rPr>
        <w:t>Non seulement ce poste correspond</w:t>
      </w:r>
      <w:r w:rsidR="00E251E7" w:rsidRPr="009E71BC">
        <w:rPr>
          <w:color w:val="222222"/>
          <w:sz w:val="22"/>
          <w:lang w:val="fr-CA"/>
        </w:rPr>
        <w:t xml:space="preserve"> </w:t>
      </w:r>
      <w:r w:rsidRPr="009E71BC">
        <w:rPr>
          <w:color w:val="222222"/>
          <w:sz w:val="22"/>
          <w:lang w:val="fr-CA"/>
        </w:rPr>
        <w:t>à mon expérience en gestion d’entreprise</w:t>
      </w:r>
      <w:r w:rsidR="00E251E7" w:rsidRPr="009E71BC">
        <w:rPr>
          <w:color w:val="222222"/>
          <w:sz w:val="22"/>
          <w:lang w:val="fr-CA"/>
        </w:rPr>
        <w:t>, supervision d’équipes</w:t>
      </w:r>
      <w:r w:rsidRPr="009E71BC">
        <w:rPr>
          <w:color w:val="222222"/>
          <w:sz w:val="22"/>
          <w:lang w:val="fr-CA"/>
        </w:rPr>
        <w:t xml:space="preserve"> et service à la clientèle, </w:t>
      </w:r>
      <w:r w:rsidR="00E251E7" w:rsidRPr="009E71BC">
        <w:rPr>
          <w:color w:val="222222"/>
          <w:sz w:val="22"/>
          <w:lang w:val="fr-CA"/>
        </w:rPr>
        <w:t xml:space="preserve">mais </w:t>
      </w:r>
      <w:r w:rsidRPr="009E71BC">
        <w:rPr>
          <w:color w:val="222222"/>
          <w:sz w:val="22"/>
          <w:lang w:val="fr-CA"/>
        </w:rPr>
        <w:t>il représent</w:t>
      </w:r>
      <w:r w:rsidR="009C22D6" w:rsidRPr="009E71BC">
        <w:rPr>
          <w:color w:val="222222"/>
          <w:sz w:val="22"/>
          <w:lang w:val="fr-CA"/>
        </w:rPr>
        <w:t xml:space="preserve">e aussi </w:t>
      </w:r>
      <w:r w:rsidRPr="009E71BC">
        <w:rPr>
          <w:color w:val="222222"/>
          <w:sz w:val="22"/>
          <w:lang w:val="fr-CA"/>
        </w:rPr>
        <w:t xml:space="preserve">pour moi un défi </w:t>
      </w:r>
      <w:r w:rsidR="009C22D6" w:rsidRPr="009E71BC">
        <w:rPr>
          <w:color w:val="222222"/>
          <w:sz w:val="22"/>
          <w:lang w:val="fr-CA"/>
        </w:rPr>
        <w:t xml:space="preserve">stimulant </w:t>
      </w:r>
      <w:r w:rsidRPr="009E71BC">
        <w:rPr>
          <w:color w:val="222222"/>
          <w:sz w:val="22"/>
          <w:lang w:val="fr-CA"/>
        </w:rPr>
        <w:t xml:space="preserve">que j’aimerais relever avec </w:t>
      </w:r>
      <w:r w:rsidR="00E251E7" w:rsidRPr="009E71BC">
        <w:rPr>
          <w:color w:val="222222"/>
          <w:sz w:val="22"/>
          <w:lang w:val="fr-CA"/>
        </w:rPr>
        <w:t>enthousiasme.</w:t>
      </w:r>
    </w:p>
    <w:p w14:paraId="5C9E2FAA" w14:textId="30DAEE46" w:rsidR="00E220B9" w:rsidRPr="009E71BC" w:rsidRDefault="00000000">
      <w:pPr>
        <w:spacing w:before="120" w:after="80"/>
        <w:jc w:val="both"/>
        <w:rPr>
          <w:sz w:val="22"/>
          <w:lang w:val="fr-CA"/>
        </w:rPr>
      </w:pPr>
      <w:r w:rsidRPr="009E71BC">
        <w:rPr>
          <w:color w:val="222222"/>
          <w:sz w:val="22"/>
          <w:lang w:val="fr-CA"/>
        </w:rPr>
        <w:t xml:space="preserve">Au cours des dernières années, </w:t>
      </w:r>
      <w:r w:rsidR="003E7C86" w:rsidRPr="009E71BC">
        <w:rPr>
          <w:color w:val="222222"/>
          <w:sz w:val="22"/>
          <w:lang w:val="fr-CA"/>
        </w:rPr>
        <w:t>j</w:t>
      </w:r>
      <w:r w:rsidRPr="009E71BC">
        <w:rPr>
          <w:color w:val="222222"/>
          <w:sz w:val="22"/>
          <w:lang w:val="fr-CA"/>
        </w:rPr>
        <w:t xml:space="preserve">’ai occupé des fonctions de gestion dans le domaine de l’après-sinistre, notamment comme gérant chez Constructions des Îles </w:t>
      </w:r>
      <w:r w:rsidR="000C3523" w:rsidRPr="009E71BC">
        <w:rPr>
          <w:color w:val="222222"/>
          <w:sz w:val="22"/>
          <w:lang w:val="fr-CA"/>
        </w:rPr>
        <w:t>Inc.</w:t>
      </w:r>
      <w:r w:rsidRPr="009E71BC">
        <w:rPr>
          <w:color w:val="222222"/>
          <w:sz w:val="22"/>
          <w:lang w:val="fr-CA"/>
        </w:rPr>
        <w:t xml:space="preserve"> - GUS, puis comme propriétaire </w:t>
      </w:r>
      <w:r w:rsidR="003E7C86" w:rsidRPr="009E71BC">
        <w:rPr>
          <w:color w:val="222222"/>
          <w:sz w:val="22"/>
          <w:lang w:val="fr-CA"/>
        </w:rPr>
        <w:t xml:space="preserve">et gestionnaire </w:t>
      </w:r>
      <w:r w:rsidR="0038318B" w:rsidRPr="009E71BC">
        <w:rPr>
          <w:color w:val="222222"/>
          <w:sz w:val="22"/>
          <w:lang w:val="fr-CA"/>
        </w:rPr>
        <w:t xml:space="preserve">de ma propre entreprise </w:t>
      </w:r>
      <w:r w:rsidR="000C3523" w:rsidRPr="009E71BC">
        <w:rPr>
          <w:color w:val="222222"/>
          <w:sz w:val="22"/>
          <w:lang w:val="fr-CA"/>
        </w:rPr>
        <w:t>(</w:t>
      </w:r>
      <w:r w:rsidRPr="009E71BC">
        <w:rPr>
          <w:color w:val="222222"/>
          <w:sz w:val="22"/>
          <w:lang w:val="fr-CA"/>
        </w:rPr>
        <w:t xml:space="preserve">Groupe </w:t>
      </w:r>
      <w:proofErr w:type="spellStart"/>
      <w:r w:rsidRPr="009E71BC">
        <w:rPr>
          <w:color w:val="222222"/>
          <w:sz w:val="22"/>
          <w:lang w:val="fr-CA"/>
        </w:rPr>
        <w:t>Sinix</w:t>
      </w:r>
      <w:proofErr w:type="spellEnd"/>
      <w:r w:rsidRPr="009E71BC">
        <w:rPr>
          <w:color w:val="222222"/>
          <w:sz w:val="22"/>
          <w:lang w:val="fr-CA"/>
        </w:rPr>
        <w:t xml:space="preserve"> </w:t>
      </w:r>
      <w:r w:rsidR="000C3523" w:rsidRPr="009E71BC">
        <w:rPr>
          <w:color w:val="222222"/>
          <w:sz w:val="22"/>
          <w:lang w:val="fr-CA"/>
        </w:rPr>
        <w:t>Inc.)</w:t>
      </w:r>
      <w:r w:rsidR="0038318B" w:rsidRPr="009E71BC">
        <w:rPr>
          <w:color w:val="222222"/>
          <w:sz w:val="22"/>
          <w:lang w:val="fr-CA"/>
        </w:rPr>
        <w:t xml:space="preserve"> lorsque Constructions des îles a mis fin à sa franchise aux Iles en septembre 2021. </w:t>
      </w:r>
      <w:r w:rsidRPr="009E71BC">
        <w:rPr>
          <w:color w:val="222222"/>
          <w:sz w:val="22"/>
          <w:lang w:val="fr-CA"/>
        </w:rPr>
        <w:t xml:space="preserve">Ces expériences m’ont permis de développer une solide capacité à </w:t>
      </w:r>
      <w:r w:rsidR="003E7C86" w:rsidRPr="009E71BC">
        <w:rPr>
          <w:color w:val="222222"/>
          <w:sz w:val="22"/>
          <w:lang w:val="fr-CA"/>
        </w:rPr>
        <w:t xml:space="preserve">gérer les priorités, répondre aux urgences, </w:t>
      </w:r>
      <w:r w:rsidRPr="009E71BC">
        <w:rPr>
          <w:color w:val="222222"/>
          <w:sz w:val="22"/>
          <w:lang w:val="fr-CA"/>
        </w:rPr>
        <w:t>diriger des équipes, assurer la satisfaction des clients et maintenir des opérations efficaces dans un environnement exigeant.</w:t>
      </w:r>
    </w:p>
    <w:p w14:paraId="3B9777D5" w14:textId="096AE108" w:rsidR="00E220B9" w:rsidRPr="009E71BC" w:rsidRDefault="00000000">
      <w:pPr>
        <w:spacing w:before="120" w:after="80"/>
        <w:jc w:val="both"/>
        <w:rPr>
          <w:sz w:val="22"/>
          <w:lang w:val="fr-CA"/>
        </w:rPr>
      </w:pPr>
      <w:r w:rsidRPr="009E71BC">
        <w:rPr>
          <w:color w:val="222222"/>
          <w:sz w:val="22"/>
          <w:lang w:val="fr-CA"/>
        </w:rPr>
        <w:t>Comme propriétaire d’entreprise, j’ai supervisé une équipe d</w:t>
      </w:r>
      <w:r w:rsidR="000C3523" w:rsidRPr="009E71BC">
        <w:rPr>
          <w:color w:val="222222"/>
          <w:sz w:val="22"/>
          <w:lang w:val="fr-CA"/>
        </w:rPr>
        <w:t>e</w:t>
      </w:r>
      <w:r w:rsidRPr="009E71BC">
        <w:rPr>
          <w:color w:val="222222"/>
          <w:sz w:val="22"/>
          <w:lang w:val="fr-CA"/>
        </w:rPr>
        <w:t xml:space="preserve"> six employés, </w:t>
      </w:r>
      <w:r w:rsidR="003E7C86" w:rsidRPr="009E71BC">
        <w:rPr>
          <w:color w:val="222222"/>
          <w:sz w:val="22"/>
          <w:lang w:val="fr-CA"/>
        </w:rPr>
        <w:t xml:space="preserve">géré </w:t>
      </w:r>
      <w:r w:rsidRPr="009E71BC">
        <w:rPr>
          <w:color w:val="222222"/>
          <w:sz w:val="22"/>
          <w:lang w:val="fr-CA"/>
        </w:rPr>
        <w:t>les commandes de produits, l’inventaire, les devis, la facturation, les paies, les dépôts et la tenue de livres. J’ai également assuré la communication avec les clients, les compagnies d’assurances et les différents intervenants. Après deux années d’opération</w:t>
      </w:r>
      <w:r w:rsidR="003E7C86" w:rsidRPr="009E71BC">
        <w:rPr>
          <w:color w:val="222222"/>
          <w:sz w:val="22"/>
          <w:lang w:val="fr-CA"/>
        </w:rPr>
        <w:t xml:space="preserve"> à un rythme </w:t>
      </w:r>
      <w:r w:rsidR="000C3523" w:rsidRPr="009E71BC">
        <w:rPr>
          <w:color w:val="222222"/>
          <w:sz w:val="22"/>
          <w:lang w:val="fr-CA"/>
        </w:rPr>
        <w:t>effréné</w:t>
      </w:r>
      <w:r w:rsidRPr="009E71BC">
        <w:rPr>
          <w:color w:val="222222"/>
          <w:sz w:val="22"/>
          <w:lang w:val="fr-CA"/>
        </w:rPr>
        <w:t>, j’ai atteint un niveau élevé de rentabilité qui m’a permis de vendre ma société à un excellent p</w:t>
      </w:r>
      <w:r w:rsidR="003E7C86" w:rsidRPr="009E71BC">
        <w:rPr>
          <w:color w:val="222222"/>
          <w:sz w:val="22"/>
          <w:lang w:val="fr-CA"/>
        </w:rPr>
        <w:t>ourcentage de profit</w:t>
      </w:r>
      <w:r w:rsidR="000C3523" w:rsidRPr="009E71BC">
        <w:rPr>
          <w:color w:val="222222"/>
          <w:sz w:val="22"/>
          <w:lang w:val="fr-CA"/>
        </w:rPr>
        <w:t>.</w:t>
      </w:r>
    </w:p>
    <w:p w14:paraId="3CDCEF82" w14:textId="1615E840" w:rsidR="00E220B9" w:rsidRPr="009E71BC" w:rsidRDefault="00000000">
      <w:pPr>
        <w:spacing w:before="120" w:after="80"/>
        <w:jc w:val="both"/>
        <w:rPr>
          <w:sz w:val="22"/>
          <w:lang w:val="fr-CA"/>
        </w:rPr>
      </w:pPr>
      <w:r w:rsidRPr="009E71BC">
        <w:rPr>
          <w:color w:val="222222"/>
          <w:sz w:val="22"/>
          <w:lang w:val="fr-CA"/>
        </w:rPr>
        <w:t>Je crois pouvoir apporter à votre organisation</w:t>
      </w:r>
      <w:r w:rsidR="000F2B40" w:rsidRPr="009E71BC">
        <w:rPr>
          <w:color w:val="222222"/>
          <w:sz w:val="22"/>
          <w:lang w:val="fr-CA"/>
        </w:rPr>
        <w:t xml:space="preserve">, </w:t>
      </w:r>
      <w:r w:rsidR="00E251E7" w:rsidRPr="009E71BC">
        <w:rPr>
          <w:color w:val="222222"/>
          <w:sz w:val="22"/>
          <w:lang w:val="fr-CA"/>
        </w:rPr>
        <w:t>le leadership et les compétences en gestion qu’elle requiert. Parfaitement bilingue, j</w:t>
      </w:r>
      <w:r w:rsidRPr="009E71BC">
        <w:rPr>
          <w:color w:val="222222"/>
          <w:sz w:val="22"/>
          <w:lang w:val="fr-CA"/>
        </w:rPr>
        <w:t>e suis une personne responsable</w:t>
      </w:r>
      <w:r w:rsidR="00E251E7" w:rsidRPr="009E71BC">
        <w:rPr>
          <w:color w:val="222222"/>
          <w:sz w:val="22"/>
          <w:lang w:val="fr-CA"/>
        </w:rPr>
        <w:t xml:space="preserve"> et</w:t>
      </w:r>
      <w:r w:rsidRPr="009E71BC">
        <w:rPr>
          <w:color w:val="222222"/>
          <w:sz w:val="22"/>
          <w:lang w:val="fr-CA"/>
        </w:rPr>
        <w:t xml:space="preserve"> autonome</w:t>
      </w:r>
      <w:r w:rsidR="00E251E7" w:rsidRPr="009E71BC">
        <w:rPr>
          <w:color w:val="222222"/>
          <w:sz w:val="22"/>
          <w:lang w:val="fr-CA"/>
        </w:rPr>
        <w:t xml:space="preserve"> qui sait mener les dossiers avec rigueur et efficacité</w:t>
      </w:r>
      <w:r w:rsidR="000F2B40" w:rsidRPr="009E71BC">
        <w:rPr>
          <w:color w:val="222222"/>
          <w:sz w:val="22"/>
          <w:lang w:val="fr-CA"/>
        </w:rPr>
        <w:t>,</w:t>
      </w:r>
      <w:r w:rsidR="00E251E7" w:rsidRPr="009E71BC">
        <w:rPr>
          <w:color w:val="222222"/>
          <w:sz w:val="22"/>
          <w:lang w:val="fr-CA"/>
        </w:rPr>
        <w:t xml:space="preserve"> qui est capable de mobiliser une équipe autour d’objectifs concrets et qui prend plaisir à transiger avec les clients</w:t>
      </w:r>
      <w:r w:rsidR="009C22D6" w:rsidRPr="009E71BC">
        <w:rPr>
          <w:color w:val="222222"/>
          <w:sz w:val="22"/>
          <w:lang w:val="fr-CA"/>
        </w:rPr>
        <w:t xml:space="preserve"> et trouver des solutions.</w:t>
      </w:r>
    </w:p>
    <w:p w14:paraId="02DD32DC" w14:textId="594D35A4" w:rsidR="00E220B9" w:rsidRPr="009E71BC" w:rsidRDefault="00000000">
      <w:pPr>
        <w:spacing w:before="120" w:after="80"/>
        <w:jc w:val="both"/>
        <w:rPr>
          <w:sz w:val="22"/>
          <w:lang w:val="fr-CA"/>
        </w:rPr>
      </w:pPr>
      <w:r w:rsidRPr="009E71BC">
        <w:rPr>
          <w:color w:val="222222"/>
          <w:sz w:val="22"/>
          <w:lang w:val="fr-CA"/>
        </w:rPr>
        <w:t>J</w:t>
      </w:r>
      <w:r w:rsidR="00E251E7" w:rsidRPr="009E71BC">
        <w:rPr>
          <w:color w:val="222222"/>
          <w:sz w:val="22"/>
          <w:lang w:val="fr-CA"/>
        </w:rPr>
        <w:t xml:space="preserve">’aimerais </w:t>
      </w:r>
      <w:r w:rsidRPr="009E71BC">
        <w:rPr>
          <w:color w:val="222222"/>
          <w:sz w:val="22"/>
          <w:lang w:val="fr-CA"/>
        </w:rPr>
        <w:t>vous rencontrer afin</w:t>
      </w:r>
      <w:r w:rsidR="009C22D6" w:rsidRPr="009E71BC">
        <w:rPr>
          <w:color w:val="222222"/>
          <w:sz w:val="22"/>
          <w:lang w:val="fr-CA"/>
        </w:rPr>
        <w:t xml:space="preserve"> de pouvoir élaborer sur mon parcours et</w:t>
      </w:r>
      <w:r w:rsidRPr="009E71BC">
        <w:rPr>
          <w:color w:val="222222"/>
          <w:sz w:val="22"/>
          <w:lang w:val="fr-CA"/>
        </w:rPr>
        <w:t xml:space="preserve"> </w:t>
      </w:r>
      <w:r w:rsidR="009C22D6" w:rsidRPr="009E71BC">
        <w:rPr>
          <w:color w:val="222222"/>
          <w:sz w:val="22"/>
          <w:lang w:val="fr-CA"/>
        </w:rPr>
        <w:t xml:space="preserve">discuter </w:t>
      </w:r>
      <w:r w:rsidRPr="009E71BC">
        <w:rPr>
          <w:color w:val="222222"/>
          <w:sz w:val="22"/>
          <w:lang w:val="fr-CA"/>
        </w:rPr>
        <w:t xml:space="preserve">de la contribution que je pourrais apporter à votre équipe. </w:t>
      </w:r>
      <w:r w:rsidR="009C22D6" w:rsidRPr="009E71BC">
        <w:rPr>
          <w:color w:val="222222"/>
          <w:sz w:val="22"/>
          <w:lang w:val="fr-CA"/>
        </w:rPr>
        <w:t>Notez que j</w:t>
      </w:r>
      <w:r w:rsidRPr="009E71BC">
        <w:rPr>
          <w:color w:val="222222"/>
          <w:sz w:val="22"/>
          <w:lang w:val="fr-CA"/>
        </w:rPr>
        <w:t>e s</w:t>
      </w:r>
      <w:r w:rsidR="009C22D6" w:rsidRPr="009E71BC">
        <w:rPr>
          <w:color w:val="222222"/>
          <w:sz w:val="22"/>
          <w:lang w:val="fr-CA"/>
        </w:rPr>
        <w:t>erai</w:t>
      </w:r>
      <w:r w:rsidRPr="009E71BC">
        <w:rPr>
          <w:color w:val="222222"/>
          <w:sz w:val="22"/>
          <w:lang w:val="fr-CA"/>
        </w:rPr>
        <w:t xml:space="preserve"> disponible à partir du </w:t>
      </w:r>
      <w:r w:rsidR="000C3523" w:rsidRPr="009E71BC">
        <w:rPr>
          <w:color w:val="222222"/>
          <w:sz w:val="22"/>
          <w:lang w:val="fr-CA"/>
        </w:rPr>
        <w:t>20 juillet</w:t>
      </w:r>
      <w:r w:rsidRPr="009E71BC">
        <w:rPr>
          <w:color w:val="222222"/>
          <w:sz w:val="22"/>
          <w:lang w:val="fr-CA"/>
        </w:rPr>
        <w:t xml:space="preserve"> 2026.</w:t>
      </w:r>
    </w:p>
    <w:p w14:paraId="7AF4D339" w14:textId="77777777" w:rsidR="00E220B9" w:rsidRPr="009E71BC" w:rsidRDefault="00000000" w:rsidP="000C3523">
      <w:pPr>
        <w:spacing w:before="120" w:after="0"/>
        <w:rPr>
          <w:color w:val="222222"/>
          <w:sz w:val="22"/>
          <w:lang w:val="fr-CA"/>
        </w:rPr>
      </w:pPr>
      <w:r w:rsidRPr="009E71BC">
        <w:rPr>
          <w:color w:val="222222"/>
          <w:sz w:val="22"/>
          <w:lang w:val="fr-CA"/>
        </w:rPr>
        <w:t>Je vous remercie pour votre considération et vous prie d’agréer, Madame, Monsieur, mes salutations distinguées.</w:t>
      </w:r>
    </w:p>
    <w:p w14:paraId="4E39B882" w14:textId="77777777" w:rsidR="000C3523" w:rsidRPr="009E71BC" w:rsidRDefault="000C3523" w:rsidP="000C3523">
      <w:pPr>
        <w:spacing w:before="120" w:after="0"/>
        <w:rPr>
          <w:sz w:val="22"/>
          <w:lang w:val="fr-CA"/>
        </w:rPr>
      </w:pPr>
    </w:p>
    <w:p w14:paraId="1D581F7B" w14:textId="132B5087" w:rsidR="00E220B9" w:rsidRPr="009E71BC" w:rsidRDefault="00000000" w:rsidP="000C3523">
      <w:pPr>
        <w:spacing w:before="240" w:after="0"/>
        <w:rPr>
          <w:sz w:val="22"/>
        </w:rPr>
      </w:pPr>
      <w:r w:rsidRPr="009E71BC">
        <w:rPr>
          <w:b/>
          <w:color w:val="222222"/>
          <w:sz w:val="22"/>
        </w:rPr>
        <w:t>François Danis</w:t>
      </w:r>
    </w:p>
    <w:sectPr w:rsidR="00E220B9" w:rsidRPr="009E71B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00736572">
    <w:abstractNumId w:val="8"/>
  </w:num>
  <w:num w:numId="2" w16cid:durableId="1252545307">
    <w:abstractNumId w:val="6"/>
  </w:num>
  <w:num w:numId="3" w16cid:durableId="2017532299">
    <w:abstractNumId w:val="5"/>
  </w:num>
  <w:num w:numId="4" w16cid:durableId="1356692714">
    <w:abstractNumId w:val="4"/>
  </w:num>
  <w:num w:numId="5" w16cid:durableId="1843545975">
    <w:abstractNumId w:val="7"/>
  </w:num>
  <w:num w:numId="6" w16cid:durableId="602417128">
    <w:abstractNumId w:val="3"/>
  </w:num>
  <w:num w:numId="7" w16cid:durableId="1896088267">
    <w:abstractNumId w:val="2"/>
  </w:num>
  <w:num w:numId="8" w16cid:durableId="2133942839">
    <w:abstractNumId w:val="1"/>
  </w:num>
  <w:num w:numId="9" w16cid:durableId="98238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EC5"/>
    <w:rsid w:val="00034616"/>
    <w:rsid w:val="0006063C"/>
    <w:rsid w:val="000C3523"/>
    <w:rsid w:val="000F2B40"/>
    <w:rsid w:val="0015074B"/>
    <w:rsid w:val="001709D8"/>
    <w:rsid w:val="00220E94"/>
    <w:rsid w:val="0029639D"/>
    <w:rsid w:val="00326F90"/>
    <w:rsid w:val="0038318B"/>
    <w:rsid w:val="003E7C86"/>
    <w:rsid w:val="00527904"/>
    <w:rsid w:val="005D4940"/>
    <w:rsid w:val="0088463F"/>
    <w:rsid w:val="008C61C6"/>
    <w:rsid w:val="009C22D6"/>
    <w:rsid w:val="009E71BC"/>
    <w:rsid w:val="00A47972"/>
    <w:rsid w:val="00A97E7C"/>
    <w:rsid w:val="00AA1D8D"/>
    <w:rsid w:val="00B47730"/>
    <w:rsid w:val="00CB0664"/>
    <w:rsid w:val="00E220B9"/>
    <w:rsid w:val="00E251E7"/>
    <w:rsid w:val="00ED35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FF0666"/>
  <w14:defaultImageDpi w14:val="300"/>
  <w15:docId w15:val="{40E97124-4E1B-4581-9804-BDDE4CB7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50" w:lineRule="auto"/>
    </w:pPr>
    <w:rPr>
      <w:rFonts w:ascii="Aptos" w:eastAsia="Aptos" w:hAnsi="Aptos"/>
      <w:sz w:val="20"/>
    </w:rPr>
  </w:style>
  <w:style w:type="paragraph" w:styleId="Titre1">
    <w:name w:val="heading 1"/>
    <w:basedOn w:val="Normal"/>
    <w:next w:val="Normal"/>
    <w:link w:val="Titre1Car"/>
    <w:uiPriority w:val="9"/>
    <w:qFormat/>
    <w:rsid w:val="00FC693F"/>
    <w:pPr>
      <w:keepNext/>
      <w:keepLines/>
      <w:spacing w:before="140" w:after="60"/>
      <w:outlineLvl w:val="0"/>
    </w:pPr>
    <w:rPr>
      <w:rFonts w:asciiTheme="majorHAnsi" w:eastAsiaTheme="majorEastAsia" w:hAnsiTheme="majorHAnsi" w:cstheme="majorBidi"/>
      <w:b/>
      <w:bCs/>
      <w:color w:val="1F4E79"/>
      <w:sz w:val="26"/>
      <w:szCs w:val="28"/>
    </w:rPr>
  </w:style>
  <w:style w:type="paragraph" w:styleId="Titre2">
    <w:name w:val="heading 2"/>
    <w:basedOn w:val="Normal"/>
    <w:next w:val="Normal"/>
    <w:link w:val="Titre2Car"/>
    <w:uiPriority w:val="9"/>
    <w:unhideWhenUsed/>
    <w:qFormat/>
    <w:rsid w:val="00FC693F"/>
    <w:pPr>
      <w:keepNext/>
      <w:keepLines/>
      <w:spacing w:before="140" w:after="60"/>
      <w:outlineLvl w:val="1"/>
    </w:pPr>
    <w:rPr>
      <w:rFonts w:asciiTheme="majorHAnsi" w:eastAsiaTheme="majorEastAsia" w:hAnsiTheme="majorHAnsi" w:cstheme="majorBidi"/>
      <w:b/>
      <w:bCs/>
      <w:color w:val="1F4E79"/>
      <w:sz w:val="22"/>
      <w:szCs w:val="26"/>
    </w:rPr>
  </w:style>
  <w:style w:type="paragraph" w:styleId="Titre3">
    <w:name w:val="heading 3"/>
    <w:basedOn w:val="Normal"/>
    <w:next w:val="Normal"/>
    <w:link w:val="Titre3Car"/>
    <w:uiPriority w:val="9"/>
    <w:unhideWhenUsed/>
    <w:qFormat/>
    <w:rsid w:val="00FC693F"/>
    <w:pPr>
      <w:keepNext/>
      <w:keepLines/>
      <w:spacing w:before="140" w:after="60"/>
      <w:outlineLvl w:val="2"/>
    </w:pPr>
    <w:rPr>
      <w:rFonts w:asciiTheme="majorHAnsi" w:eastAsiaTheme="majorEastAsia" w:hAnsiTheme="majorHAnsi" w:cstheme="majorBidi"/>
      <w:b/>
      <w:bCs/>
      <w:color w:val="1F4E79"/>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vision">
    <w:name w:val="Revision"/>
    <w:hidden/>
    <w:uiPriority w:val="99"/>
    <w:semiHidden/>
    <w:rsid w:val="00220E94"/>
    <w:pPr>
      <w:spacing w:after="0" w:line="240" w:lineRule="auto"/>
    </w:pPr>
    <w:rPr>
      <w:rFonts w:ascii="Aptos" w:eastAsia="Aptos" w:hAnsi="Aptos"/>
      <w:sz w:val="20"/>
    </w:rPr>
  </w:style>
  <w:style w:type="character" w:styleId="Lienhypertexte">
    <w:name w:val="Hyperlink"/>
    <w:basedOn w:val="Policepardfaut"/>
    <w:uiPriority w:val="99"/>
    <w:unhideWhenUsed/>
    <w:rsid w:val="005D4940"/>
    <w:rPr>
      <w:color w:val="0000FF" w:themeColor="hyperlink"/>
      <w:u w:val="single"/>
    </w:rPr>
  </w:style>
  <w:style w:type="character" w:styleId="Mentionnonrsolue">
    <w:name w:val="Unresolved Mention"/>
    <w:basedOn w:val="Policepardfaut"/>
    <w:uiPriority w:val="99"/>
    <w:semiHidden/>
    <w:unhideWhenUsed/>
    <w:rsid w:val="005D4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danis65@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Pages>
  <Words>380</Words>
  <Characters>2096</Characters>
  <Application>Microsoft Office Word</Application>
  <DocSecurity>0</DocSecurity>
  <Lines>17</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contact@xantrixcapital.com</cp:lastModifiedBy>
  <cp:revision>11</cp:revision>
  <dcterms:created xsi:type="dcterms:W3CDTF">2026-06-09T19:53:00Z</dcterms:created>
  <dcterms:modified xsi:type="dcterms:W3CDTF">2026-06-11T20:47:00Z</dcterms:modified>
  <cp:category/>
</cp:coreProperties>
</file>