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134" w:after="0"/>
        <w:ind w:left="0" w:right="0"/>
      </w:pPr>
    </w:p>
    <w:p>
      <w:pPr>
        <w:autoSpaceDN w:val="0"/>
        <w:tabs>
          <w:tab w:pos="7532" w:val="left"/>
        </w:tabs>
        <w:autoSpaceDE w:val="0"/>
        <w:widowControl/>
        <w:spacing w:line="174" w:lineRule="exact" w:before="0" w:after="0"/>
        <w:ind w:left="1176" w:right="0" w:firstLine="0"/>
        <w:jc w:val="left"/>
      </w:pPr>
      <w:r>
        <w:rPr>
          <w:spacing w:val="-10"/>
          <w:rFonts w:ascii="CalisMTBol" w:hAnsi="CalisMTBol" w:eastAsia="CalisMTBol"/>
          <w:b/>
          <w:color w:val="000000"/>
          <w:sz w:val="24"/>
        </w:rPr>
        <w:t xml:space="preserve">OUATTARRA MOUMOUNI </w:t>
      </w:r>
      <w:r>
        <w:tab/>
      </w:r>
      <w:r>
        <w:rPr>
          <w:spacing w:val="-10"/>
          <w:rFonts w:ascii="CalistoMT" w:hAnsi="CalistoMT" w:eastAsia="CalistoMT"/>
          <w:color w:val="000000"/>
          <w:sz w:val="24"/>
        </w:rPr>
        <w:t>Abidjan, le 13 Juillet 2026</w:t>
      </w:r>
    </w:p>
    <w:p>
      <w:pPr>
        <w:autoSpaceDN w:val="0"/>
        <w:autoSpaceDE w:val="0"/>
        <w:widowControl/>
        <w:spacing w:line="222" w:lineRule="exact" w:before="238" w:after="0"/>
        <w:ind w:left="1176" w:right="0" w:firstLine="0"/>
        <w:jc w:val="left"/>
      </w:pPr>
      <w:r>
        <w:rPr>
          <w:spacing w:val="-10"/>
          <w:rFonts w:ascii="CalistoMT" w:hAnsi="CalistoMT" w:eastAsia="CalistoMT"/>
          <w:color w:val="000000"/>
          <w:sz w:val="24"/>
        </w:rPr>
        <w:t>Abidjan, Côte d’Ivoire</w:t>
      </w:r>
    </w:p>
    <w:p>
      <w:pPr>
        <w:autoSpaceDN w:val="0"/>
        <w:autoSpaceDE w:val="0"/>
        <w:widowControl/>
        <w:spacing w:line="174" w:lineRule="exact" w:before="240" w:after="0"/>
        <w:ind w:left="1176" w:right="0" w:firstLine="0"/>
        <w:jc w:val="left"/>
      </w:pPr>
      <w:r>
        <w:rPr>
          <w:spacing w:val="-10"/>
          <w:rFonts w:ascii="CalistoMT" w:hAnsi="CalistoMT" w:eastAsia="CalistoMT"/>
          <w:color w:val="000000"/>
          <w:sz w:val="24"/>
        </w:rPr>
        <w:t>+225 07 09 37 43 28 / 05 05 11 68 57</w:t>
      </w:r>
    </w:p>
    <w:p>
      <w:pPr>
        <w:autoSpaceDN w:val="0"/>
        <w:autoSpaceDE w:val="0"/>
        <w:widowControl/>
        <w:spacing w:line="222" w:lineRule="exact" w:before="282" w:after="0"/>
        <w:ind w:left="1176" w:right="0" w:firstLine="0"/>
        <w:jc w:val="left"/>
      </w:pPr>
      <w:r>
        <w:rPr>
          <w:spacing w:val="-10"/>
          <w:u w:val="single" w:color="0562c1"/>
          <w:rFonts w:ascii="CalistoMT" w:hAnsi="CalistoMT" w:eastAsia="CalistoMT"/>
          <w:color w:val="0563C1"/>
          <w:sz w:val="24"/>
        </w:rPr>
        <w:t>Ouatmoumouni38@gmail.com</w:t>
      </w:r>
    </w:p>
    <w:p>
      <w:pPr>
        <w:autoSpaceDN w:val="0"/>
        <w:autoSpaceDE w:val="0"/>
        <w:widowControl/>
        <w:spacing w:line="176" w:lineRule="exact" w:before="446" w:after="0"/>
        <w:ind w:left="0" w:right="1214" w:firstLine="0"/>
        <w:jc w:val="right"/>
      </w:pPr>
      <w:r>
        <w:rPr>
          <w:spacing w:val="-10"/>
          <w:rFonts w:ascii="CalistoMT" w:hAnsi="CalistoMT" w:eastAsia="CalistoMT"/>
          <w:color w:val="000000"/>
          <w:sz w:val="24"/>
        </w:rPr>
        <w:t>A l’attention de la Direction</w:t>
      </w:r>
    </w:p>
    <w:p>
      <w:pPr>
        <w:autoSpaceDN w:val="0"/>
        <w:autoSpaceDE w:val="0"/>
        <w:widowControl/>
        <w:spacing w:line="174" w:lineRule="exact" w:before="284" w:after="0"/>
        <w:ind w:left="0" w:right="1454" w:firstLine="0"/>
        <w:jc w:val="right"/>
      </w:pPr>
      <w:r>
        <w:rPr>
          <w:spacing w:val="-10"/>
          <w:rFonts w:ascii="CalistoMT" w:hAnsi="CalistoMT" w:eastAsia="CalistoMT"/>
          <w:color w:val="000000"/>
          <w:sz w:val="24"/>
        </w:rPr>
        <w:t>des Ressources Humaines</w:t>
      </w:r>
    </w:p>
    <w:p>
      <w:pPr>
        <w:autoSpaceDN w:val="0"/>
        <w:autoSpaceDE w:val="0"/>
        <w:widowControl/>
        <w:spacing w:line="222" w:lineRule="exact" w:before="836" w:after="0"/>
        <w:ind w:left="1176" w:right="0" w:firstLine="0"/>
        <w:jc w:val="left"/>
      </w:pPr>
      <w:r>
        <w:rPr>
          <w:spacing w:val="-10"/>
          <w:rFonts w:ascii="CalisMTBol" w:hAnsi="CalisMTBol" w:eastAsia="CalisMTBol"/>
          <w:b/>
          <w:color w:val="000000"/>
          <w:sz w:val="24"/>
          <w:u w:val="single"/>
        </w:rPr>
        <w:t>Objet</w:t>
      </w:r>
      <w:r>
        <w:rPr>
          <w:spacing w:val="-10"/>
          <w:rFonts w:ascii="CalistoMT" w:hAnsi="CalistoMT" w:eastAsia="CalistoMT"/>
          <w:color w:val="000000"/>
          <w:sz w:val="24"/>
          <w:u w:val="single"/>
        </w:rPr>
        <w:t xml:space="preserve"> </w:t>
      </w:r>
      <w:r>
        <w:rPr>
          <w:spacing w:val="-10"/>
          <w:rFonts w:ascii="CalistoMT" w:hAnsi="CalistoMT" w:eastAsia="CalistoMT"/>
          <w:color w:val="000000"/>
          <w:sz w:val="24"/>
        </w:rPr>
        <w:t>:</w:t>
      </w:r>
      <w:r>
        <w:rPr>
          <w:spacing w:val="-10"/>
          <w:rFonts w:ascii="CalisMTBol" w:hAnsi="CalisMTBol" w:eastAsia="CalisMTBol"/>
          <w:b/>
          <w:color w:val="000000"/>
          <w:sz w:val="24"/>
        </w:rPr>
        <w:t xml:space="preserve"> Candidature au poste d’Agent de sécurité ou Agent d’entretien</w:t>
      </w:r>
    </w:p>
    <w:p>
      <w:pPr>
        <w:autoSpaceDN w:val="0"/>
        <w:autoSpaceDE w:val="0"/>
        <w:widowControl/>
        <w:spacing w:line="214" w:lineRule="exact" w:before="702" w:after="0"/>
        <w:ind w:left="1176" w:right="0" w:firstLine="0"/>
        <w:jc w:val="left"/>
      </w:pPr>
      <w:r>
        <w:rPr>
          <w:spacing w:val="-10"/>
          <w:rFonts w:ascii="CalistoMT" w:hAnsi="CalistoMT" w:eastAsia="CalistoMT"/>
          <w:color w:val="000000"/>
          <w:sz w:val="24"/>
        </w:rPr>
        <w:t>Madame, Monsieur,</w:t>
      </w:r>
    </w:p>
    <w:p>
      <w:pPr>
        <w:autoSpaceDN w:val="0"/>
        <w:autoSpaceDE w:val="0"/>
        <w:widowControl/>
        <w:spacing w:line="224" w:lineRule="exact" w:before="630" w:after="0"/>
        <w:ind w:left="1176" w:right="0" w:firstLine="0"/>
        <w:jc w:val="left"/>
      </w:pPr>
      <w:r>
        <w:rPr>
          <w:spacing w:val="-10"/>
          <w:rFonts w:ascii="CalistoMT" w:hAnsi="CalistoMT" w:eastAsia="CalistoMT"/>
          <w:color w:val="000000"/>
          <w:sz w:val="24"/>
        </w:rPr>
        <w:t>Je me permets de vous adresser ma candidature pour le poste d’agent d’entretien au sein</w:t>
      </w:r>
    </w:p>
    <w:p>
      <w:pPr>
        <w:autoSpaceDN w:val="0"/>
        <w:autoSpaceDE w:val="0"/>
        <w:widowControl/>
        <w:spacing w:line="222" w:lineRule="exact" w:before="192" w:after="0"/>
        <w:ind w:left="1176" w:right="0" w:firstLine="0"/>
        <w:jc w:val="left"/>
      </w:pPr>
      <w:r>
        <w:rPr>
          <w:spacing w:val="-10"/>
          <w:rFonts w:ascii="CalistoMT" w:hAnsi="CalistoMT" w:eastAsia="CalistoMT"/>
          <w:color w:val="000000"/>
          <w:sz w:val="24"/>
        </w:rPr>
        <w:t>de votre entreprise. Je suis convaincu que rejoindre votre équipe serait une excellente</w:t>
      </w:r>
    </w:p>
    <w:p>
      <w:pPr>
        <w:autoSpaceDN w:val="0"/>
        <w:autoSpaceDE w:val="0"/>
        <w:widowControl/>
        <w:spacing w:line="224" w:lineRule="exact" w:before="192" w:after="0"/>
        <w:ind w:left="1176" w:right="0" w:firstLine="0"/>
        <w:jc w:val="left"/>
      </w:pPr>
      <w:r>
        <w:rPr>
          <w:spacing w:val="-10"/>
          <w:rFonts w:ascii="CalistoMT" w:hAnsi="CalistoMT" w:eastAsia="CalistoMT"/>
          <w:color w:val="000000"/>
          <w:sz w:val="24"/>
        </w:rPr>
        <w:t>opportunité pour moi de développer mes compétences professionnelles et contribuer à</w:t>
      </w:r>
    </w:p>
    <w:p>
      <w:pPr>
        <w:autoSpaceDN w:val="0"/>
        <w:autoSpaceDE w:val="0"/>
        <w:widowControl/>
        <w:spacing w:line="172" w:lineRule="exact" w:before="196" w:after="0"/>
        <w:ind w:left="1176" w:right="0" w:firstLine="0"/>
        <w:jc w:val="left"/>
      </w:pPr>
      <w:r>
        <w:rPr>
          <w:spacing w:val="-10"/>
          <w:rFonts w:ascii="CalistoMT" w:hAnsi="CalistoMT" w:eastAsia="CalistoMT"/>
          <w:color w:val="000000"/>
          <w:sz w:val="24"/>
        </w:rPr>
        <w:t>votre succès.</w:t>
      </w:r>
    </w:p>
    <w:p>
      <w:pPr>
        <w:autoSpaceDN w:val="0"/>
        <w:autoSpaceDE w:val="0"/>
        <w:widowControl/>
        <w:spacing w:line="222" w:lineRule="exact" w:before="400" w:after="0"/>
        <w:ind w:left="1176" w:right="0" w:firstLine="0"/>
        <w:jc w:val="left"/>
      </w:pPr>
      <w:r>
        <w:rPr>
          <w:spacing w:val="-10"/>
          <w:rFonts w:ascii="CalistoMT" w:hAnsi="CalistoMT" w:eastAsia="CalistoMT"/>
          <w:color w:val="000000"/>
          <w:sz w:val="24"/>
        </w:rPr>
        <w:t>Au cours de ma carrière, j’ai acquis une expérience variée de plus de 15 ans dans des</w:t>
      </w:r>
    </w:p>
    <w:p>
      <w:pPr>
        <w:autoSpaceDN w:val="0"/>
        <w:autoSpaceDE w:val="0"/>
        <w:widowControl/>
        <w:spacing w:line="222" w:lineRule="exact" w:before="194" w:after="0"/>
        <w:ind w:left="1176" w:right="0" w:firstLine="0"/>
        <w:jc w:val="left"/>
      </w:pPr>
      <w:r>
        <w:rPr>
          <w:spacing w:val="-10"/>
          <w:rFonts w:ascii="CalistoMT" w:hAnsi="CalistoMT" w:eastAsia="CalistoMT"/>
          <w:color w:val="000000"/>
          <w:sz w:val="24"/>
        </w:rPr>
        <w:t>domaines tels qu’agent d’entretien et agent de sécurité dans une organisation</w:t>
      </w:r>
    </w:p>
    <w:p>
      <w:pPr>
        <w:autoSpaceDN w:val="0"/>
        <w:autoSpaceDE w:val="0"/>
        <w:widowControl/>
        <w:spacing w:line="224" w:lineRule="exact" w:before="192" w:after="0"/>
        <w:ind w:left="1176" w:right="0" w:firstLine="0"/>
        <w:jc w:val="left"/>
      </w:pPr>
      <w:r>
        <w:rPr>
          <w:spacing w:val="-10"/>
          <w:rFonts w:ascii="CalistoMT" w:hAnsi="CalistoMT" w:eastAsia="CalistoMT"/>
          <w:color w:val="000000"/>
          <w:sz w:val="24"/>
        </w:rPr>
        <w:t>internationale ici en Côte d’Ivoire. Je suis également à l’aise pour travailler en équipe et</w:t>
      </w:r>
    </w:p>
    <w:p>
      <w:pPr>
        <w:autoSpaceDN w:val="0"/>
        <w:autoSpaceDE w:val="0"/>
        <w:widowControl/>
        <w:spacing w:line="222" w:lineRule="exact" w:before="192" w:after="0"/>
        <w:ind w:left="1176" w:right="0" w:firstLine="0"/>
        <w:jc w:val="left"/>
      </w:pPr>
      <w:r>
        <w:rPr>
          <w:spacing w:val="-10"/>
          <w:rFonts w:ascii="CalistoMT" w:hAnsi="CalistoMT" w:eastAsia="CalistoMT"/>
          <w:color w:val="000000"/>
          <w:sz w:val="24"/>
        </w:rPr>
        <w:t>m’adapter rapidement à de nouveaux environnements.</w:t>
      </w:r>
    </w:p>
    <w:p>
      <w:pPr>
        <w:autoSpaceDN w:val="0"/>
        <w:autoSpaceDE w:val="0"/>
        <w:widowControl/>
        <w:spacing w:line="222" w:lineRule="exact" w:before="354" w:after="0"/>
        <w:ind w:left="1176" w:right="0" w:firstLine="0"/>
        <w:jc w:val="left"/>
      </w:pPr>
      <w:r>
        <w:rPr>
          <w:spacing w:val="-10"/>
          <w:rFonts w:ascii="CalistoMT" w:hAnsi="CalistoMT" w:eastAsia="CalistoMT"/>
          <w:color w:val="000000"/>
          <w:sz w:val="24"/>
        </w:rPr>
        <w:t>L’une des raisons pour lesquelles je souhaite intégrer votre entreprise. Je suis convaincu</w:t>
      </w:r>
    </w:p>
    <w:p>
      <w:pPr>
        <w:autoSpaceDN w:val="0"/>
        <w:autoSpaceDE w:val="0"/>
        <w:widowControl/>
        <w:spacing w:line="224" w:lineRule="exact" w:before="192" w:after="0"/>
        <w:ind w:left="1176" w:right="0" w:firstLine="0"/>
        <w:jc w:val="left"/>
      </w:pPr>
      <w:r>
        <w:rPr>
          <w:spacing w:val="-10"/>
          <w:rFonts w:ascii="CalistoMT" w:hAnsi="CalistoMT" w:eastAsia="CalistoMT"/>
          <w:color w:val="000000"/>
          <w:sz w:val="24"/>
        </w:rPr>
        <w:t>que votre culture d’entreprise et votre dynamisme sont en adéquation avec mes valeurs</w:t>
      </w:r>
    </w:p>
    <w:p>
      <w:pPr>
        <w:autoSpaceDN w:val="0"/>
        <w:autoSpaceDE w:val="0"/>
        <w:widowControl/>
        <w:spacing w:line="224" w:lineRule="exact" w:before="194" w:after="0"/>
        <w:ind w:left="1176" w:right="0" w:firstLine="0"/>
        <w:jc w:val="left"/>
      </w:pPr>
      <w:r>
        <w:rPr>
          <w:spacing w:val="-10"/>
          <w:rFonts w:ascii="CalistoMT" w:hAnsi="CalistoMT" w:eastAsia="CalistoMT"/>
          <w:color w:val="000000"/>
          <w:sz w:val="24"/>
        </w:rPr>
        <w:t>personnelles et professionnelles.</w:t>
      </w:r>
    </w:p>
    <w:p>
      <w:pPr>
        <w:autoSpaceDN w:val="0"/>
        <w:autoSpaceDE w:val="0"/>
        <w:widowControl/>
        <w:spacing w:line="222" w:lineRule="exact" w:before="350" w:after="0"/>
        <w:ind w:left="1176" w:right="0" w:firstLine="0"/>
        <w:jc w:val="left"/>
      </w:pPr>
      <w:r>
        <w:rPr>
          <w:spacing w:val="-10"/>
          <w:rFonts w:ascii="CalistoMT" w:hAnsi="CalistoMT" w:eastAsia="CalistoMT"/>
          <w:color w:val="000000"/>
          <w:sz w:val="24"/>
        </w:rPr>
        <w:t>Je me tiens à votre disposition pour toutes informations complémentaires.</w:t>
      </w:r>
    </w:p>
    <w:p>
      <w:pPr>
        <w:autoSpaceDN w:val="0"/>
        <w:autoSpaceDE w:val="0"/>
        <w:widowControl/>
        <w:spacing w:line="222" w:lineRule="exact" w:before="354" w:after="0"/>
        <w:ind w:left="1176" w:right="0" w:firstLine="0"/>
        <w:jc w:val="left"/>
      </w:pPr>
      <w:r>
        <w:rPr>
          <w:spacing w:val="-10"/>
          <w:rFonts w:ascii="CalistoMT" w:hAnsi="CalistoMT" w:eastAsia="CalistoMT"/>
          <w:color w:val="000000"/>
          <w:sz w:val="24"/>
        </w:rPr>
        <w:t>Dans l’attente, je vous prie de croire Madame, Monsieur, l’expression de mes sincères</w:t>
      </w:r>
    </w:p>
    <w:p>
      <w:pPr>
        <w:autoSpaceDN w:val="0"/>
        <w:autoSpaceDE w:val="0"/>
        <w:widowControl/>
        <w:spacing w:line="176" w:lineRule="exact" w:before="196" w:after="0"/>
        <w:ind w:left="1176" w:right="0" w:firstLine="0"/>
        <w:jc w:val="left"/>
      </w:pPr>
      <w:r>
        <w:rPr>
          <w:spacing w:val="-10"/>
          <w:rFonts w:ascii="CalistoMT" w:hAnsi="CalistoMT" w:eastAsia="CalistoMT"/>
          <w:color w:val="000000"/>
          <w:sz w:val="24"/>
        </w:rPr>
        <w:t>salutations.</w:t>
      </w:r>
    </w:p>
    <w:p>
      <w:pPr>
        <w:autoSpaceDN w:val="0"/>
        <w:autoSpaceDE w:val="0"/>
        <w:widowControl/>
        <w:spacing w:line="174" w:lineRule="exact" w:before="1578" w:after="0"/>
        <w:ind w:left="0" w:right="1264" w:firstLine="0"/>
        <w:jc w:val="right"/>
      </w:pPr>
      <w:r>
        <w:rPr>
          <w:spacing w:val="-10"/>
          <w:rFonts w:ascii="CalisMTBol" w:hAnsi="CalisMTBol" w:eastAsia="CalisMTBol"/>
          <w:b/>
          <w:color w:val="000000"/>
          <w:sz w:val="24"/>
        </w:rPr>
        <w:t>OUATTARRA MOUMOUNI</w:t>
      </w:r>
    </w:p>
    <w:sectPr w:rsidR="00FC693F" w:rsidRPr="0006063C" w:rsidSect="00034616">
      <w:pgSz w:w="11906" w:h="16838"/>
      <w:pgMar w:top="240" w:right="240" w:bottom="210" w:left="240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