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72264D"/>
          <w:sz w:val="40"/>
        </w:rPr>
        <w:t>CATHERINE CHIASSON-JOMPHE</w:t>
      </w:r>
    </w:p>
    <w:p>
      <w:pPr>
        <w:spacing w:after="360"/>
        <w:jc w:val="center"/>
      </w:pPr>
      <w:r>
        <w:rPr>
          <w:color w:val="646464"/>
          <w:sz w:val="20"/>
        </w:rPr>
        <w:t>263, route 199, Havre-Aubert, Les Îles-de-la-Madeleine, Québec, Canada, G4T 9B5</w:t>
        <w:br/>
        <w:t>Téléphone : [Votre téléphone] | Courriel : [Votre courriel]</w:t>
      </w:r>
    </w:p>
    <w:p>
      <w:pPr>
        <w:keepNext/>
        <w:spacing w:before="360" w:after="120"/>
      </w:pPr>
      <w:r>
        <w:rPr>
          <w:rFonts w:ascii="Arial" w:hAnsi="Arial"/>
          <w:b/>
          <w:color w:val="72264D"/>
          <w:sz w:val="24"/>
        </w:rPr>
        <w:t>PROFIL PROFESSIONNEL</w:t>
      </w:r>
    </w:p>
    <w:p>
      <w:pPr>
        <w:spacing w:after="240"/>
      </w:pPr>
      <w:r>
        <w:t>Passionnée par le domaine de la beauté et du bien-être, je possède plus de 17 années d’expérience dans le service à la clientèle et l’entrepreneuriat, en tant que propriétaire de mon propre centre de coiffure. J’aime créer une relation de confiance avec les clients, être à l’écoute de leurs besoins et les conseiller afin de leur proposer des produits et services adaptés. Dynamique, souriante et professionnelle, je souhaite aujourd’hui mettre mon expérience et ma passion pour la beauté au service d’une équipe comme celle de Jean Coutu.</w:t>
      </w:r>
    </w:p>
    <w:p>
      <w:pPr>
        <w:keepNext/>
        <w:spacing w:before="360" w:after="120"/>
      </w:pPr>
      <w:r>
        <w:rPr>
          <w:rFonts w:ascii="Arial" w:hAnsi="Arial"/>
          <w:b/>
          <w:color w:val="72264D"/>
          <w:sz w:val="24"/>
        </w:rPr>
        <w:t>EXPÉRIENCE PROFESSIONNELLE</w:t>
      </w:r>
    </w:p>
    <w:p>
      <w:pPr>
        <w:spacing w:after="80"/>
      </w:pPr>
      <w:r>
        <w:rPr>
          <w:b/>
          <w:sz w:val="23"/>
        </w:rPr>
        <w:t>Propriétaire — Centre de coiffure</w:t>
      </w:r>
      <w:r>
        <w:tab/>
        <w:tab/>
        <w:tab/>
        <w:tab/>
        <w:tab/>
        <w:tab/>
        <w:tab/>
        <w:tab/>
        <w:t>2009 à aujourd’hui</w:t>
      </w:r>
    </w:p>
    <w:p>
      <w:pPr>
        <w:pStyle w:val="ListBullet"/>
        <w:spacing w:after="60"/>
      </w:pPr>
      <w:r>
        <w:t>Gestion quotidienne de mon entreprise depuis plus de 17 ans</w:t>
      </w:r>
    </w:p>
    <w:p>
      <w:pPr>
        <w:pStyle w:val="ListBullet"/>
        <w:spacing w:after="60"/>
      </w:pPr>
      <w:r>
        <w:t>Accueil, conseil personnalisé et fidélisation d'une clientèle sélective</w:t>
      </w:r>
    </w:p>
    <w:p>
      <w:pPr>
        <w:pStyle w:val="ListBullet"/>
        <w:spacing w:after="60"/>
      </w:pPr>
      <w:r>
        <w:t>Vente et recommandation stratégique de produits de beauté et soins capillaires</w:t>
      </w:r>
    </w:p>
    <w:p>
      <w:pPr>
        <w:pStyle w:val="ListBullet"/>
        <w:spacing w:after="60"/>
      </w:pPr>
      <w:r>
        <w:t>Gestion complète des commandes, de l'inventaire et des stocks</w:t>
      </w:r>
    </w:p>
    <w:p>
      <w:pPr>
        <w:pStyle w:val="ListBullet"/>
        <w:spacing w:after="60"/>
      </w:pPr>
      <w:r>
        <w:t>Planification des rendez-vous et optimisation de l'horaire de pointe</w:t>
      </w:r>
    </w:p>
    <w:p>
      <w:pPr>
        <w:pStyle w:val="ListBullet"/>
        <w:spacing w:after="60"/>
      </w:pPr>
      <w:r>
        <w:t>Développement continu et maintien de relations d'affaires durables et de confiance</w:t>
      </w:r>
    </w:p>
    <w:p>
      <w:pPr>
        <w:pStyle w:val="ListBullet"/>
        <w:spacing w:after="60"/>
      </w:pPr>
      <w:r>
        <w:t>Direction administrative, comptabilité de base et responsabilités légales liées à l'entreprise</w:t>
      </w:r>
    </w:p>
    <w:p>
      <w:pPr>
        <w:pStyle w:val="ListBullet"/>
        <w:spacing w:after="60"/>
      </w:pPr>
      <w:r>
        <w:t>Création constante d'une expérience client haut de gamme, chaleureuse et professionnelle</w:t>
      </w:r>
    </w:p>
    <w:p>
      <w:pPr>
        <w:keepNext/>
        <w:spacing w:before="360" w:after="120"/>
      </w:pPr>
      <w:r>
        <w:rPr>
          <w:rFonts w:ascii="Arial" w:hAnsi="Arial"/>
          <w:b/>
          <w:color w:val="72264D"/>
          <w:sz w:val="24"/>
        </w:rPr>
        <w:t>FORMATION</w:t>
      </w:r>
    </w:p>
    <w:p>
      <w:pPr>
        <w:spacing w:after="40"/>
      </w:pPr>
      <w:r>
        <w:rPr>
          <w:b/>
        </w:rPr>
        <w:t>DEP — Coiffure</w:t>
      </w:r>
      <w:r>
        <w:tab/>
        <w:tab/>
        <w:tab/>
        <w:tab/>
        <w:tab/>
        <w:tab/>
        <w:tab/>
        <w:tab/>
        <w:tab/>
        <w:t>2008–2009</w:t>
      </w:r>
    </w:p>
    <w:p>
      <w:pPr>
        <w:spacing w:after="160"/>
      </w:pPr>
      <w:r>
        <w:t>Formation professionnelle en coiffure</w:t>
      </w:r>
    </w:p>
    <w:p>
      <w:pPr>
        <w:spacing w:after="40"/>
      </w:pPr>
      <w:r>
        <w:rPr>
          <w:b/>
        </w:rPr>
        <w:t>Diplôme d’études secondaires — Secondaire 5</w:t>
      </w:r>
      <w:r>
        <w:tab/>
        <w:tab/>
        <w:tab/>
        <w:tab/>
        <w:tab/>
        <w:t>2008</w:t>
      </w:r>
    </w:p>
    <w:p>
      <w:pPr>
        <w:spacing w:after="240"/>
      </w:pPr>
      <w:r>
        <w:t>École secondaire / Polyvalente</w:t>
      </w:r>
    </w:p>
    <w:p>
      <w:pPr>
        <w:keepNext/>
        <w:spacing w:before="360" w:after="120"/>
      </w:pPr>
      <w:r>
        <w:rPr>
          <w:rFonts w:ascii="Arial" w:hAnsi="Arial"/>
          <w:b/>
          <w:color w:val="72264D"/>
          <w:sz w:val="24"/>
        </w:rPr>
        <w:t>COMPÉTENCES CLÉS</w:t>
      </w:r>
    </w:p>
    <w:p>
      <w:pPr>
        <w:pStyle w:val="ListBullet"/>
        <w:spacing w:after="60"/>
      </w:pPr>
      <w:r>
        <w:t>Excellent service à la clientèle et sens développé du commerce de détail</w:t>
      </w:r>
    </w:p>
    <w:p>
      <w:pPr>
        <w:pStyle w:val="ListBullet"/>
        <w:spacing w:after="60"/>
      </w:pPr>
      <w:r>
        <w:t>Écoute active, diagnostic des besoins et conseils beauté sur mesure</w:t>
      </w:r>
    </w:p>
    <w:p>
      <w:pPr>
        <w:pStyle w:val="ListBullet"/>
        <w:spacing w:after="60"/>
      </w:pPr>
      <w:r>
        <w:t>Grande connaissance technique du domaine esthétique et cosmétique</w:t>
      </w:r>
    </w:p>
    <w:p>
      <w:pPr>
        <w:pStyle w:val="ListBullet"/>
        <w:spacing w:after="60"/>
      </w:pPr>
      <w:r>
        <w:t>Vente suggestive, argumentation commerciale et promotion de produits</w:t>
      </w:r>
    </w:p>
    <w:p>
      <w:pPr>
        <w:pStyle w:val="ListBullet"/>
        <w:spacing w:after="60"/>
      </w:pPr>
      <w:r>
        <w:t>Sens de l’entrepreneuriat, rigueur opérationnelle et des responsabilités</w:t>
      </w:r>
    </w:p>
    <w:p>
      <w:pPr>
        <w:pStyle w:val="ListBullet"/>
        <w:spacing w:after="60"/>
      </w:pPr>
      <w:r>
        <w:t>Gestion efficace d’entreprise, de l'approvisionnement et des stocks</w:t>
      </w:r>
    </w:p>
    <w:p>
      <w:pPr>
        <w:pStyle w:val="ListBullet"/>
        <w:spacing w:after="60"/>
      </w:pPr>
      <w:r>
        <w:t>Autonomie proactive, esprit d'initiative et prise de décision</w:t>
      </w:r>
    </w:p>
    <w:p>
      <w:pPr>
        <w:pStyle w:val="ListBullet"/>
        <w:spacing w:after="60"/>
      </w:pPr>
      <w:r>
        <w:t>Communication fluide, dynamisme naturel et entregent authentique</w:t>
      </w:r>
    </w:p>
    <w:p>
      <w:pPr>
        <w:pStyle w:val="ListBullet"/>
        <w:spacing w:after="60"/>
      </w:pPr>
      <w:r>
        <w:t>Capacité éprouvée à créer et pérenniser un lien de confiance avec la clientèle</w:t>
      </w:r>
    </w:p>
    <w:p>
      <w:pPr>
        <w:pStyle w:val="ListBullet"/>
        <w:spacing w:after="60"/>
      </w:pPr>
      <w:r>
        <w:t>Esprit d'équipe, collaboration et adaptabilité en milieu dynamique</w:t>
      </w:r>
    </w:p>
    <w:p>
      <w:pPr>
        <w:keepNext/>
        <w:spacing w:before="360" w:after="120"/>
      </w:pPr>
      <w:r>
        <w:rPr>
          <w:rFonts w:ascii="Arial" w:hAnsi="Arial"/>
          <w:b/>
          <w:color w:val="72264D"/>
          <w:sz w:val="24"/>
        </w:rPr>
        <w:t>OBJECTIF PROFESSIONNEL</w:t>
      </w:r>
    </w:p>
    <w:p>
      <w:pPr>
        <w:spacing w:after="240"/>
      </w:pPr>
      <w:r>
        <w:t>Forte de mes 17 années d’expérience fructueuse en tant que propriétaire d’un centre de beauté, je possède une maîtrise pointue du service à la clientèle, du conseil personnalisé et de la gestion de produits. Aujourd'hui, je souhaite pleinement mettre ce bagage d'entrepreneure passionnée et mes connaissances approfondies de l'univers de la beauté au profit de votre équipe de cosmétiques. Mon dynamisme, ma rigueur commerciale et mon talent naturel pour fidéliser la clientèle me permettront de guider vos clients avec soin tout en contribuant activement au succès de votre pharmacie.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