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3030E" w14:textId="77777777" w:rsidR="00AF134D" w:rsidRDefault="00FF6236">
      <w:pPr>
        <w:jc w:val="center"/>
      </w:pPr>
      <w:r>
        <w:rPr>
          <w:b/>
          <w:sz w:val="48"/>
        </w:rPr>
        <w:t>Mame Penda Dia</w:t>
      </w:r>
    </w:p>
    <w:p w14:paraId="54890102" w14:textId="20BFE0E8" w:rsidR="00AF134D" w:rsidRPr="004B4473" w:rsidRDefault="00427BE4" w:rsidP="009F4E7D">
      <w:pPr>
        <w:spacing w:before="100" w:beforeAutospacing="1" w:after="100" w:afterAutospacing="1" w:line="240" w:lineRule="auto"/>
        <w:rPr>
          <w:rFonts w:ascii="Times New Roman" w:eastAsia="Times New Roman" w:hAnsi="Times New Roman" w:cs="Times New Roman"/>
          <w:sz w:val="24"/>
          <w:szCs w:val="24"/>
          <w:lang w:val="fr-CA" w:eastAsia="fr-CA"/>
        </w:rPr>
      </w:pPr>
      <w:r w:rsidRPr="00427BE4">
        <w:t xml:space="preserve">Québec, </w:t>
      </w:r>
      <w:r w:rsidR="0099472E">
        <w:t>G1K 3V1</w:t>
      </w:r>
      <w:r w:rsidR="009F4E7D">
        <w:t xml:space="preserve"> </w:t>
      </w:r>
      <w:r w:rsidR="000F3C1D">
        <w:t>|</w:t>
      </w:r>
      <w:r w:rsidR="00FF6236">
        <w:t>pendadia29@gmail.com | +1 418-558-8173</w:t>
      </w:r>
    </w:p>
    <w:p w14:paraId="26F88A29" w14:textId="77777777" w:rsidR="00AF134D" w:rsidRDefault="00FF6236">
      <w:r>
        <w:t>────────────────────────────────────────</w:t>
      </w:r>
    </w:p>
    <w:p w14:paraId="27D917F8" w14:textId="77777777" w:rsidR="00AF134D" w:rsidRDefault="00FF6236">
      <w:r>
        <w:rPr>
          <w:b/>
          <w:sz w:val="26"/>
        </w:rPr>
        <w:t>PROFIL PROFESSIONNEL</w:t>
      </w:r>
    </w:p>
    <w:p w14:paraId="4E794D19" w14:textId="77777777" w:rsidR="00AF134D" w:rsidRDefault="00FF6236">
      <w:r>
        <w:t>Diplômée en comptabilité avec une expérience en soutien administratif et un stage pratique en comptabilité. Compétente en comptes payables et recevables, rapprochements bancaires, facturation et saisie de données. Excellente maîtrise d’Excel et des logiciels comptables Sage 50 et Acomba. Professionnelle organisée, rigoureuse et reconnue pour sa rapidité d’apprentissage.</w:t>
      </w:r>
    </w:p>
    <w:p w14:paraId="1E8FA747" w14:textId="77777777" w:rsidR="00AF134D" w:rsidRDefault="00FF6236">
      <w:r>
        <w:rPr>
          <w:b/>
          <w:sz w:val="26"/>
        </w:rPr>
        <w:t>COMPÉTENCES CLÉS</w:t>
      </w:r>
    </w:p>
    <w:p w14:paraId="0811178D" w14:textId="77777777" w:rsidR="00AF134D" w:rsidRDefault="00FF6236">
      <w:pPr>
        <w:pStyle w:val="Listepuces"/>
      </w:pPr>
      <w:r>
        <w:t>Comptes payables et recevables</w:t>
      </w:r>
    </w:p>
    <w:p w14:paraId="12C13E03" w14:textId="77777777" w:rsidR="00AF134D" w:rsidRDefault="00FF6236">
      <w:pPr>
        <w:pStyle w:val="Listepuces"/>
      </w:pPr>
      <w:r>
        <w:t>Facturation et tenue de livres</w:t>
      </w:r>
    </w:p>
    <w:p w14:paraId="1A74BF00" w14:textId="77777777" w:rsidR="00AF134D" w:rsidRDefault="00FF6236">
      <w:pPr>
        <w:pStyle w:val="Listepuces"/>
      </w:pPr>
      <w:r>
        <w:t>Rapprochements bancaires</w:t>
      </w:r>
    </w:p>
    <w:p w14:paraId="0BD02889" w14:textId="77777777" w:rsidR="00AF134D" w:rsidRDefault="00FF6236">
      <w:pPr>
        <w:pStyle w:val="Listepuces"/>
      </w:pPr>
      <w:r>
        <w:t>Excel avancé</w:t>
      </w:r>
    </w:p>
    <w:p w14:paraId="4BAFD8D3" w14:textId="77777777" w:rsidR="00AF134D" w:rsidRDefault="00FF6236">
      <w:pPr>
        <w:pStyle w:val="Listepuces"/>
      </w:pPr>
      <w:r>
        <w:t>Saisie et analyse de données</w:t>
      </w:r>
    </w:p>
    <w:p w14:paraId="341DF450" w14:textId="77777777" w:rsidR="00AF134D" w:rsidRDefault="00FF6236">
      <w:pPr>
        <w:pStyle w:val="Listepuces"/>
      </w:pPr>
      <w:r>
        <w:t>Gestion documentaire et administrative</w:t>
      </w:r>
    </w:p>
    <w:p w14:paraId="7C327CD9" w14:textId="77777777" w:rsidR="00AF134D" w:rsidRDefault="00FF6236">
      <w:pPr>
        <w:pStyle w:val="Listepuces"/>
      </w:pPr>
      <w:r>
        <w:t>Organisation et gestion des priorités</w:t>
      </w:r>
    </w:p>
    <w:p w14:paraId="37EC7E3A" w14:textId="77777777" w:rsidR="00AF134D" w:rsidRDefault="00FF6236">
      <w:pPr>
        <w:pStyle w:val="Listepuces"/>
      </w:pPr>
      <w:r>
        <w:t>Travail d’équipe et communication professionnelle</w:t>
      </w:r>
    </w:p>
    <w:p w14:paraId="06B35868" w14:textId="77777777" w:rsidR="00AF134D" w:rsidRDefault="00FF6236">
      <w:r>
        <w:rPr>
          <w:b/>
          <w:sz w:val="26"/>
        </w:rPr>
        <w:t>EXPÉRIENCES PROFESSIONNELLES</w:t>
      </w:r>
    </w:p>
    <w:p w14:paraId="29533F63" w14:textId="77777777" w:rsidR="00AF134D" w:rsidRDefault="00FF6236">
      <w:r>
        <w:rPr>
          <w:b/>
        </w:rPr>
        <w:t>Stagiaire en comptabilité | P&amp;L Ressources Humaines – Montréal, QC</w:t>
      </w:r>
      <w:r>
        <w:rPr>
          <w:b/>
        </w:rPr>
        <w:br/>
      </w:r>
      <w:r>
        <w:t>Janvier 2026 – Avril 2026</w:t>
      </w:r>
    </w:p>
    <w:p w14:paraId="79B375E1" w14:textId="77777777" w:rsidR="00AF134D" w:rsidRDefault="00FF6236">
      <w:pPr>
        <w:pStyle w:val="Listepuces"/>
      </w:pPr>
      <w:r>
        <w:t>Gestion des comptes clients et suivi de la facturation</w:t>
      </w:r>
    </w:p>
    <w:p w14:paraId="74BE2C6D" w14:textId="77777777" w:rsidR="00AF134D" w:rsidRDefault="00FF6236">
      <w:pPr>
        <w:pStyle w:val="Listepuces"/>
      </w:pPr>
      <w:r>
        <w:t>Participation aux rapprochements bancaires</w:t>
      </w:r>
    </w:p>
    <w:p w14:paraId="3EBB3CD2" w14:textId="3AE798C1" w:rsidR="00AF134D" w:rsidRDefault="00FF6236">
      <w:pPr>
        <w:pStyle w:val="Listepuces"/>
      </w:pPr>
      <w:proofErr w:type="spellStart"/>
      <w:r>
        <w:t>Saisie</w:t>
      </w:r>
      <w:proofErr w:type="spellEnd"/>
      <w:r>
        <w:t xml:space="preserve"> de </w:t>
      </w:r>
      <w:proofErr w:type="spellStart"/>
      <w:r>
        <w:t>données</w:t>
      </w:r>
      <w:proofErr w:type="spellEnd"/>
      <w:r>
        <w:t xml:space="preserve"> et </w:t>
      </w:r>
      <w:r w:rsidR="00D56F58">
        <w:t xml:space="preserve">aide à la </w:t>
      </w:r>
      <w:proofErr w:type="spellStart"/>
      <w:r>
        <w:t>tenue</w:t>
      </w:r>
      <w:proofErr w:type="spellEnd"/>
      <w:r>
        <w:t xml:space="preserve"> de </w:t>
      </w:r>
      <w:proofErr w:type="spellStart"/>
      <w:r>
        <w:t>livres</w:t>
      </w:r>
      <w:proofErr w:type="spellEnd"/>
    </w:p>
    <w:p w14:paraId="30191B6F" w14:textId="77777777" w:rsidR="00AF134D" w:rsidRDefault="00FF6236">
      <w:pPr>
        <w:pStyle w:val="Listepuces"/>
      </w:pPr>
      <w:r>
        <w:t>Préparation de déclarations de revenus</w:t>
      </w:r>
    </w:p>
    <w:p w14:paraId="4E3E2E51" w14:textId="77777777" w:rsidR="00AF134D" w:rsidRDefault="00FF6236">
      <w:pPr>
        <w:pStyle w:val="Listepuces"/>
      </w:pPr>
      <w:r>
        <w:t>Classement et traitement de documents comptables</w:t>
      </w:r>
    </w:p>
    <w:p w14:paraId="4283ADB8" w14:textId="279D7FCA" w:rsidR="00AF134D" w:rsidRDefault="00FF6236">
      <w:pPr>
        <w:pStyle w:val="Listepuces"/>
      </w:pPr>
      <w:proofErr w:type="spellStart"/>
      <w:r>
        <w:t>Utilisation</w:t>
      </w:r>
      <w:proofErr w:type="spellEnd"/>
      <w:r>
        <w:t xml:space="preserve"> d</w:t>
      </w:r>
      <w:r w:rsidR="00C01946">
        <w:t>’</w:t>
      </w:r>
      <w:r>
        <w:t xml:space="preserve"> </w:t>
      </w:r>
      <w:proofErr w:type="spellStart"/>
      <w:r>
        <w:t>Acomba</w:t>
      </w:r>
      <w:proofErr w:type="spellEnd"/>
      <w:r w:rsidR="007E307C">
        <w:t xml:space="preserve"> pour faire </w:t>
      </w:r>
      <w:proofErr w:type="spellStart"/>
      <w:r w:rsidR="007E307C">
        <w:t>entrer</w:t>
      </w:r>
      <w:proofErr w:type="spellEnd"/>
      <w:r w:rsidR="007E307C">
        <w:t xml:space="preserve"> les </w:t>
      </w:r>
      <w:proofErr w:type="spellStart"/>
      <w:r w:rsidR="007E307C">
        <w:t>factures</w:t>
      </w:r>
      <w:proofErr w:type="spellEnd"/>
      <w:r w:rsidR="007E307C">
        <w:t xml:space="preserve"> </w:t>
      </w:r>
    </w:p>
    <w:p w14:paraId="50AC52F2" w14:textId="77777777" w:rsidR="00AF134D" w:rsidRDefault="00FF6236">
      <w:pPr>
        <w:pStyle w:val="Listepuces"/>
      </w:pPr>
      <w:r>
        <w:t>Soutien administratif et service à la clientèle</w:t>
      </w:r>
    </w:p>
    <w:p w14:paraId="7DF6E55A" w14:textId="2D0B5790" w:rsidR="00AF134D" w:rsidRDefault="00FF6236">
      <w:proofErr w:type="spellStart"/>
      <w:r>
        <w:rPr>
          <w:b/>
        </w:rPr>
        <w:t>Soutien</w:t>
      </w:r>
      <w:proofErr w:type="spellEnd"/>
      <w:r>
        <w:rPr>
          <w:b/>
        </w:rPr>
        <w:t xml:space="preserve"> </w:t>
      </w:r>
      <w:proofErr w:type="spellStart"/>
      <w:r>
        <w:rPr>
          <w:b/>
        </w:rPr>
        <w:t>administratif</w:t>
      </w:r>
      <w:proofErr w:type="spellEnd"/>
      <w:r>
        <w:rPr>
          <w:b/>
        </w:rPr>
        <w:t xml:space="preserve"> | </w:t>
      </w:r>
      <w:proofErr w:type="spellStart"/>
      <w:r>
        <w:rPr>
          <w:b/>
        </w:rPr>
        <w:t>Ministère</w:t>
      </w:r>
      <w:proofErr w:type="spellEnd"/>
      <w:r>
        <w:rPr>
          <w:b/>
        </w:rPr>
        <w:t xml:space="preserve"> de l’Immigration, de la </w:t>
      </w:r>
      <w:proofErr w:type="spellStart"/>
      <w:r>
        <w:rPr>
          <w:b/>
        </w:rPr>
        <w:t>Francisation</w:t>
      </w:r>
      <w:proofErr w:type="spellEnd"/>
      <w:r>
        <w:rPr>
          <w:b/>
        </w:rPr>
        <w:t xml:space="preserve"> et de </w:t>
      </w:r>
      <w:proofErr w:type="spellStart"/>
      <w:r>
        <w:rPr>
          <w:b/>
        </w:rPr>
        <w:t>l’Intégration</w:t>
      </w:r>
      <w:proofErr w:type="spellEnd"/>
      <w:r>
        <w:rPr>
          <w:b/>
        </w:rPr>
        <w:t xml:space="preserve"> (MIFI) – Montréal, QC</w:t>
      </w:r>
      <w:r>
        <w:rPr>
          <w:b/>
        </w:rPr>
        <w:br/>
      </w:r>
      <w:proofErr w:type="spellStart"/>
      <w:r>
        <w:t>Octobre</w:t>
      </w:r>
      <w:proofErr w:type="spellEnd"/>
      <w:r>
        <w:t xml:space="preserve"> 2024 – </w:t>
      </w:r>
      <w:proofErr w:type="spellStart"/>
      <w:r>
        <w:t>avril</w:t>
      </w:r>
      <w:proofErr w:type="spellEnd"/>
      <w:r>
        <w:t xml:space="preserve"> 2026</w:t>
      </w:r>
    </w:p>
    <w:p w14:paraId="03C9ACED" w14:textId="77777777" w:rsidR="00AF134D" w:rsidRDefault="00FF6236">
      <w:pPr>
        <w:pStyle w:val="Listepuces"/>
      </w:pPr>
      <w:r>
        <w:t>Saisie et mise à jour de données dans les systèmes internes</w:t>
      </w:r>
    </w:p>
    <w:p w14:paraId="6AFBC3E8" w14:textId="77777777" w:rsidR="00AF134D" w:rsidRDefault="00FF6236">
      <w:pPr>
        <w:pStyle w:val="Listepuces"/>
      </w:pPr>
      <w:r>
        <w:t>Traitement du courrier et gestion documentaire</w:t>
      </w:r>
    </w:p>
    <w:p w14:paraId="579783E1" w14:textId="77777777" w:rsidR="00AF134D" w:rsidRDefault="00FF6236">
      <w:pPr>
        <w:pStyle w:val="Listepuces"/>
      </w:pPr>
      <w:r>
        <w:t>Préparation et transmission de documents administratifs</w:t>
      </w:r>
    </w:p>
    <w:p w14:paraId="6AAB3E74" w14:textId="77777777" w:rsidR="00AF134D" w:rsidRDefault="00FF6236">
      <w:pPr>
        <w:pStyle w:val="Listepuces"/>
      </w:pPr>
      <w:r>
        <w:t>Soutien aux opérations administratives quotidiennes</w:t>
      </w:r>
    </w:p>
    <w:p w14:paraId="4687E1AD" w14:textId="77777777" w:rsidR="00AF134D" w:rsidRDefault="00FF6236">
      <w:pPr>
        <w:pStyle w:val="Listepuces"/>
      </w:pPr>
      <w:r>
        <w:t>Classement numérique et papier des dossiers</w:t>
      </w:r>
    </w:p>
    <w:p w14:paraId="65E97526" w14:textId="77777777" w:rsidR="00AF134D" w:rsidRDefault="00FF6236">
      <w:pPr>
        <w:pStyle w:val="Listepuces"/>
      </w:pPr>
      <w:r>
        <w:t>Suivi et gestion des dossiers administratifs</w:t>
      </w:r>
    </w:p>
    <w:p w14:paraId="484021B3" w14:textId="77777777" w:rsidR="00AF134D" w:rsidRDefault="00FF6236">
      <w:r>
        <w:rPr>
          <w:b/>
          <w:sz w:val="26"/>
        </w:rPr>
        <w:t>FORMATION</w:t>
      </w:r>
    </w:p>
    <w:p w14:paraId="5F59A345" w14:textId="3E2E9E53" w:rsidR="00AF134D" w:rsidRDefault="00FF6236">
      <w:r>
        <w:rPr>
          <w:b/>
        </w:rPr>
        <w:t xml:space="preserve">DEP en </w:t>
      </w:r>
      <w:proofErr w:type="spellStart"/>
      <w:r>
        <w:rPr>
          <w:b/>
        </w:rPr>
        <w:t>Comptabilité</w:t>
      </w:r>
      <w:proofErr w:type="spellEnd"/>
      <w:r>
        <w:rPr>
          <w:b/>
        </w:rPr>
        <w:t xml:space="preserve"> | </w:t>
      </w:r>
      <w:proofErr w:type="spellStart"/>
      <w:r>
        <w:rPr>
          <w:b/>
        </w:rPr>
        <w:t>Collège</w:t>
      </w:r>
      <w:proofErr w:type="spellEnd"/>
      <w:r>
        <w:rPr>
          <w:b/>
        </w:rPr>
        <w:t xml:space="preserve"> </w:t>
      </w:r>
      <w:proofErr w:type="spellStart"/>
      <w:r>
        <w:rPr>
          <w:b/>
        </w:rPr>
        <w:t>Supérieur</w:t>
      </w:r>
      <w:proofErr w:type="spellEnd"/>
      <w:r>
        <w:rPr>
          <w:b/>
        </w:rPr>
        <w:t xml:space="preserve"> de Montréal – Montréal, QC</w:t>
      </w:r>
      <w:r>
        <w:rPr>
          <w:b/>
        </w:rPr>
        <w:br/>
      </w:r>
      <w:proofErr w:type="spellStart"/>
      <w:r w:rsidR="006A0267">
        <w:t>Juillet</w:t>
      </w:r>
      <w:proofErr w:type="spellEnd"/>
      <w:r w:rsidR="006A0267">
        <w:t xml:space="preserve"> </w:t>
      </w:r>
      <w:r>
        <w:t>2024 –</w:t>
      </w:r>
      <w:r w:rsidR="006A0267">
        <w:t xml:space="preserve"> Avril</w:t>
      </w:r>
      <w:r>
        <w:t xml:space="preserve"> 2026</w:t>
      </w:r>
    </w:p>
    <w:p w14:paraId="0CD986B4" w14:textId="77777777" w:rsidR="00AF134D" w:rsidRDefault="00FF6236">
      <w:r>
        <w:rPr>
          <w:b/>
          <w:sz w:val="26"/>
        </w:rPr>
        <w:t>LOGICIELS</w:t>
      </w:r>
    </w:p>
    <w:p w14:paraId="10116BCE" w14:textId="77777777" w:rsidR="00AF134D" w:rsidRDefault="00FF6236">
      <w:pPr>
        <w:pStyle w:val="Listepuces"/>
      </w:pPr>
      <w:r>
        <w:t>Microsoft Excel (avancé)</w:t>
      </w:r>
    </w:p>
    <w:p w14:paraId="07616B19" w14:textId="77777777" w:rsidR="00AF134D" w:rsidRDefault="00FF6236">
      <w:pPr>
        <w:pStyle w:val="Listepuces"/>
      </w:pPr>
      <w:r>
        <w:t>Microsoft Word</w:t>
      </w:r>
    </w:p>
    <w:p w14:paraId="3F564678" w14:textId="77777777" w:rsidR="00AF134D" w:rsidRDefault="00FF6236">
      <w:pPr>
        <w:pStyle w:val="Listepuces"/>
      </w:pPr>
      <w:r>
        <w:t>Outlook</w:t>
      </w:r>
    </w:p>
    <w:p w14:paraId="67BDBAF6" w14:textId="54F6F6DF" w:rsidR="009B1A7B" w:rsidRDefault="009B1A7B">
      <w:pPr>
        <w:pStyle w:val="Listepuces"/>
      </w:pPr>
      <w:r>
        <w:t>Microsoft teams</w:t>
      </w:r>
    </w:p>
    <w:p w14:paraId="6BDA3FC2" w14:textId="77777777" w:rsidR="00AF134D" w:rsidRDefault="00FF6236">
      <w:pPr>
        <w:pStyle w:val="Listepuces"/>
      </w:pPr>
      <w:r>
        <w:t>SharePoint</w:t>
      </w:r>
    </w:p>
    <w:p w14:paraId="2ECCF156" w14:textId="77777777" w:rsidR="00AF134D" w:rsidRDefault="00FF6236">
      <w:pPr>
        <w:pStyle w:val="Listepuces"/>
      </w:pPr>
      <w:r>
        <w:t>Acomba</w:t>
      </w:r>
    </w:p>
    <w:p w14:paraId="07532D76" w14:textId="77777777" w:rsidR="00AF134D" w:rsidRDefault="00FF6236">
      <w:pPr>
        <w:pStyle w:val="Listepuces"/>
      </w:pPr>
      <w:r>
        <w:t>Sage 50</w:t>
      </w:r>
    </w:p>
    <w:p w14:paraId="1D03CAB5" w14:textId="77777777" w:rsidR="00AF134D" w:rsidRDefault="00FF6236">
      <w:pPr>
        <w:pStyle w:val="Listepuces"/>
      </w:pPr>
      <w:r>
        <w:t>Impôt Expert</w:t>
      </w:r>
    </w:p>
    <w:p w14:paraId="35843621" w14:textId="77777777" w:rsidR="00AF134D" w:rsidRDefault="00FF6236">
      <w:r>
        <w:rPr>
          <w:b/>
          <w:sz w:val="26"/>
        </w:rPr>
        <w:t>LANGUES</w:t>
      </w:r>
    </w:p>
    <w:p w14:paraId="2C1D688E" w14:textId="77777777" w:rsidR="00AF134D" w:rsidRDefault="00FF6236">
      <w:r>
        <w:t>Français : avancé</w:t>
      </w:r>
    </w:p>
    <w:p w14:paraId="7F40DDE2" w14:textId="77777777" w:rsidR="00AF134D" w:rsidRDefault="00FF6236">
      <w:r>
        <w:t>Anglais : intermédiaire</w:t>
      </w:r>
    </w:p>
    <w:sectPr w:rsidR="00AF134D"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AC022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6048208">
    <w:abstractNumId w:val="8"/>
  </w:num>
  <w:num w:numId="2" w16cid:durableId="227885105">
    <w:abstractNumId w:val="6"/>
  </w:num>
  <w:num w:numId="3" w16cid:durableId="1869368273">
    <w:abstractNumId w:val="5"/>
  </w:num>
  <w:num w:numId="4" w16cid:durableId="1738359009">
    <w:abstractNumId w:val="4"/>
  </w:num>
  <w:num w:numId="5" w16cid:durableId="1170757703">
    <w:abstractNumId w:val="7"/>
  </w:num>
  <w:num w:numId="6" w16cid:durableId="108398193">
    <w:abstractNumId w:val="3"/>
  </w:num>
  <w:num w:numId="7" w16cid:durableId="974216623">
    <w:abstractNumId w:val="2"/>
  </w:num>
  <w:num w:numId="8" w16cid:durableId="1789935120">
    <w:abstractNumId w:val="1"/>
  </w:num>
  <w:num w:numId="9" w16cid:durableId="1803378938">
    <w:abstractNumId w:val="0"/>
  </w:num>
  <w:num w:numId="10" w16cid:durableId="10771710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B51"/>
    <w:rsid w:val="000F3C1D"/>
    <w:rsid w:val="00137AB0"/>
    <w:rsid w:val="0015074B"/>
    <w:rsid w:val="001B5960"/>
    <w:rsid w:val="001C4341"/>
    <w:rsid w:val="0029639D"/>
    <w:rsid w:val="002E135C"/>
    <w:rsid w:val="00326F90"/>
    <w:rsid w:val="00350B26"/>
    <w:rsid w:val="003739F9"/>
    <w:rsid w:val="00410580"/>
    <w:rsid w:val="00427BE4"/>
    <w:rsid w:val="004408D0"/>
    <w:rsid w:val="004B4473"/>
    <w:rsid w:val="005F641C"/>
    <w:rsid w:val="006A0267"/>
    <w:rsid w:val="007660CB"/>
    <w:rsid w:val="007E307C"/>
    <w:rsid w:val="00813BA0"/>
    <w:rsid w:val="0099472E"/>
    <w:rsid w:val="009B1A7B"/>
    <w:rsid w:val="009F09F1"/>
    <w:rsid w:val="009F4E7D"/>
    <w:rsid w:val="00AA1D8D"/>
    <w:rsid w:val="00AF134D"/>
    <w:rsid w:val="00B47730"/>
    <w:rsid w:val="00BB0A0F"/>
    <w:rsid w:val="00C01946"/>
    <w:rsid w:val="00CB0664"/>
    <w:rsid w:val="00D56F58"/>
    <w:rsid w:val="00D679A9"/>
    <w:rsid w:val="00F27A07"/>
    <w:rsid w:val="00FC693F"/>
    <w:rsid w:val="00FF6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9F0CBB"/>
  <w14:defaultImageDpi w14:val="300"/>
  <w15:docId w15:val="{4C406C90-D44E-DC43-B478-626CBC48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Policepardfaut"/>
    <w:rsid w:val="009F0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299</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Mame Penda DIA</cp:lastModifiedBy>
  <cp:revision>19</cp:revision>
  <dcterms:created xsi:type="dcterms:W3CDTF">2026-05-13T03:48:00Z</dcterms:created>
  <dcterms:modified xsi:type="dcterms:W3CDTF">2026-06-11T23:12:00Z</dcterms:modified>
  <cp:category/>
</cp:coreProperties>
</file>