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CHETTOUH NOUREDDINE</w:t>
      </w:r>
    </w:p>
    <w:p>
      <w:r>
        <w:t>PLUMBER | CONSTRUCTION PLUMBER</w:t>
        <w:br/>
        <w:t>Phone: +213 551 55 78 85</w:t>
        <w:br/>
        <w:t>Email: bilalchettouh745@gmail.com</w:t>
        <w:br/>
        <w:t>Location: Ouarizane, Oued Rhiou, Relizane, Algeria</w:t>
      </w:r>
    </w:p>
    <w:p>
      <w:pPr>
        <w:pStyle w:val="Heading2"/>
      </w:pPr>
      <w:r>
        <w:t>Objective</w:t>
      </w:r>
    </w:p>
    <w:p>
      <w:r>
        <w:t>Seeking a full-time Plumber or Construction Plumber position with a Canadian employer. Ready to relocate and contribute with strong plumbing and swimming pool installation experience.</w:t>
      </w:r>
    </w:p>
    <w:p>
      <w:pPr>
        <w:pStyle w:val="Heading2"/>
      </w:pPr>
      <w:r>
        <w:t>Professional Profile</w:t>
      </w:r>
    </w:p>
    <w:p>
      <w:r>
        <w:t>Qualified plumber with 3 years of plumbing experience in Algeria and 8 months of swimming pool plumbing experience in Libya. Reliable, hardworking, safety-conscious and committed to delivering quality work.</w:t>
      </w:r>
    </w:p>
    <w:p>
      <w:pPr>
        <w:pStyle w:val="Heading2"/>
      </w:pPr>
      <w:r>
        <w:t>Professional Experience</w:t>
      </w:r>
    </w:p>
    <w:p>
      <w:pPr>
        <w:pStyle w:val="ListBullet"/>
      </w:pPr>
      <w:r>
        <w:t>Plumber – Algeria (2023–2025)</w:t>
      </w:r>
    </w:p>
    <w:p>
      <w:pPr>
        <w:pStyle w:val="ListBullet2"/>
      </w:pPr>
      <w:r>
        <w:t>Installed water supply and drainage systems.</w:t>
      </w:r>
    </w:p>
    <w:p>
      <w:pPr>
        <w:pStyle w:val="ListBullet2"/>
      </w:pPr>
      <w:r>
        <w:t>Installed and repaired sanitary fixtures.</w:t>
      </w:r>
    </w:p>
    <w:p>
      <w:pPr>
        <w:pStyle w:val="ListBullet2"/>
      </w:pPr>
      <w:r>
        <w:t>Leak detection and maintenance.</w:t>
      </w:r>
    </w:p>
    <w:p>
      <w:pPr>
        <w:pStyle w:val="ListBullet2"/>
      </w:pPr>
      <w:r>
        <w:t>Worked on residential and construction projects.</w:t>
      </w:r>
    </w:p>
    <w:p>
      <w:pPr>
        <w:pStyle w:val="ListBullet"/>
      </w:pPr>
      <w:r>
        <w:t>Pool Plumbing Technician – Libya (8 months)</w:t>
      </w:r>
    </w:p>
    <w:p>
      <w:pPr>
        <w:pStyle w:val="ListBullet2"/>
      </w:pPr>
      <w:r>
        <w:t>Installed pool plumbing systems.</w:t>
      </w:r>
    </w:p>
    <w:p>
      <w:pPr>
        <w:pStyle w:val="ListBullet2"/>
      </w:pPr>
      <w:r>
        <w:t>Installed pumps and filtration systems.</w:t>
      </w:r>
    </w:p>
    <w:p>
      <w:pPr>
        <w:pStyle w:val="ListBullet2"/>
      </w:pPr>
      <w:r>
        <w:t>Maintained and repaired pool equipment.</w:t>
      </w:r>
    </w:p>
    <w:p>
      <w:pPr>
        <w:pStyle w:val="Heading2"/>
      </w:pPr>
      <w:r>
        <w:t>Education</w:t>
      </w:r>
    </w:p>
    <w:p>
      <w:r>
        <w:t>Professional Diploma in Plumbing – Algeria</w:t>
      </w:r>
    </w:p>
    <w:p>
      <w:pPr>
        <w:pStyle w:val="Heading2"/>
      </w:pPr>
      <w:r>
        <w:t>Certifications</w:t>
      </w:r>
    </w:p>
    <w:p>
      <w:r>
        <w:t>• Professional Diploma in Plumbing</w:t>
        <w:br/>
        <w:t>• Algerian Craftsman Card (Carte d’Artisan)</w:t>
      </w:r>
    </w:p>
    <w:p>
      <w:pPr>
        <w:pStyle w:val="Heading2"/>
      </w:pPr>
      <w:r>
        <w:t>Skills</w:t>
      </w:r>
    </w:p>
    <w:p>
      <w:pPr>
        <w:pStyle w:val="ListBullet"/>
      </w:pPr>
      <w:r>
        <w:t>Residential Plumbing</w:t>
      </w:r>
    </w:p>
    <w:p>
      <w:pPr>
        <w:pStyle w:val="ListBullet"/>
      </w:pPr>
      <w:r>
        <w:t>Construction Plumbing</w:t>
      </w:r>
    </w:p>
    <w:p>
      <w:pPr>
        <w:pStyle w:val="ListBullet"/>
      </w:pPr>
      <w:r>
        <w:t>Pipe Installation</w:t>
      </w:r>
    </w:p>
    <w:p>
      <w:pPr>
        <w:pStyle w:val="ListBullet"/>
      </w:pPr>
      <w:r>
        <w:t>Leak Detection</w:t>
      </w:r>
    </w:p>
    <w:p>
      <w:pPr>
        <w:pStyle w:val="ListBullet"/>
      </w:pPr>
      <w:r>
        <w:t>Swimming Pool Systems</w:t>
      </w:r>
    </w:p>
    <w:p>
      <w:pPr>
        <w:pStyle w:val="ListBullet"/>
      </w:pPr>
      <w:r>
        <w:t>Teamwork</w:t>
      </w:r>
    </w:p>
    <w:p>
      <w:pPr>
        <w:pStyle w:val="ListBullet"/>
      </w:pPr>
      <w:r>
        <w:t>Safety Compliance</w:t>
      </w:r>
    </w:p>
    <w:p>
      <w:pPr>
        <w:pStyle w:val="Heading2"/>
      </w:pPr>
      <w:r>
        <w:t>Languages</w:t>
      </w:r>
    </w:p>
    <w:p>
      <w:r>
        <w:t>Arabic: Native</w:t>
        <w:br/>
        <w:t>French: Basic</w:t>
        <w:br/>
        <w:t>English: Basic</w:t>
      </w:r>
    </w:p>
    <w:p>
      <w:pPr>
        <w:pStyle w:val="Heading2"/>
      </w:pPr>
      <w:r>
        <w:t>Driver's License</w:t>
      </w:r>
    </w:p>
    <w:p>
      <w:r>
        <w:t>Category B – Valid Algerian Driver's License</w:t>
      </w:r>
    </w:p>
    <w:p>
      <w:pPr>
        <w:pStyle w:val="Heading2"/>
      </w:pPr>
      <w:r>
        <w:t>Availability</w:t>
      </w:r>
    </w:p>
    <w:p>
      <w:r>
        <w:t>Available to relocate to Canada and start work upon approval of a work permit.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