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6FB77" w14:textId="77777777" w:rsidR="00A11B90" w:rsidRPr="003738BB" w:rsidRDefault="00000000">
      <w:pPr>
        <w:jc w:val="center"/>
        <w:rPr>
          <w:lang w:val="fr-CA"/>
        </w:rPr>
      </w:pPr>
      <w:r w:rsidRPr="003738BB">
        <w:rPr>
          <w:b/>
          <w:sz w:val="40"/>
          <w:lang w:val="fr-CA"/>
        </w:rPr>
        <w:t>Océane Bourgeois</w:t>
      </w:r>
    </w:p>
    <w:p w14:paraId="234A0077" w14:textId="77777777" w:rsidR="00A11B90" w:rsidRPr="003738BB" w:rsidRDefault="00000000">
      <w:pPr>
        <w:jc w:val="center"/>
        <w:rPr>
          <w:lang w:val="fr-CA"/>
        </w:rPr>
      </w:pPr>
      <w:r w:rsidRPr="003738BB">
        <w:rPr>
          <w:lang w:val="fr-CA"/>
        </w:rPr>
        <w:t>Cellulaire : 438-364-6685  |  Courriel : obourgeois015@gmail.com</w:t>
      </w:r>
    </w:p>
    <w:p w14:paraId="69008ED9" w14:textId="77777777" w:rsidR="00A11B90" w:rsidRPr="003738BB" w:rsidRDefault="00A11B90">
      <w:pPr>
        <w:rPr>
          <w:lang w:val="fr-CA"/>
        </w:rPr>
      </w:pPr>
    </w:p>
    <w:p w14:paraId="55750ED2" w14:textId="77777777" w:rsidR="00A11B90" w:rsidRPr="003738BB" w:rsidRDefault="00000000">
      <w:pPr>
        <w:pStyle w:val="Titre1"/>
        <w:rPr>
          <w:lang w:val="fr-CA"/>
        </w:rPr>
      </w:pPr>
      <w:r w:rsidRPr="003738BB">
        <w:rPr>
          <w:lang w:val="fr-CA"/>
        </w:rPr>
        <w:t>Profil</w:t>
      </w:r>
    </w:p>
    <w:p w14:paraId="06C66F06" w14:textId="2E267BC1" w:rsidR="00A11B90" w:rsidRPr="003738BB" w:rsidRDefault="00000000" w:rsidP="00C82AD1">
      <w:pPr>
        <w:jc w:val="both"/>
        <w:rPr>
          <w:lang w:val="fr-CA"/>
        </w:rPr>
      </w:pPr>
      <w:r w:rsidRPr="003738BB">
        <w:rPr>
          <w:lang w:val="fr-CA"/>
        </w:rPr>
        <w:t xml:space="preserve">Étudiante </w:t>
      </w:r>
      <w:r w:rsidR="00C82AD1">
        <w:rPr>
          <w:lang w:val="fr-CA"/>
        </w:rPr>
        <w:t>au deuxième cycle à l’université</w:t>
      </w:r>
      <w:r w:rsidRPr="003738BB">
        <w:rPr>
          <w:lang w:val="fr-CA"/>
        </w:rPr>
        <w:t>, reconnue pour mon sens de l’organisation, mon autonomie et ma rigueur. Expérience variée en service à la clientèle, administration et comptabilité,</w:t>
      </w:r>
      <w:r w:rsidR="00C82AD1">
        <w:rPr>
          <w:lang w:val="fr-CA"/>
        </w:rPr>
        <w:t xml:space="preserve"> gestion des ressources humaines,</w:t>
      </w:r>
      <w:r w:rsidRPr="003738BB">
        <w:rPr>
          <w:lang w:val="fr-CA"/>
        </w:rPr>
        <w:t xml:space="preserve"> avec une bonne maîtrise des outils informatiques (Microsoft Office, SAP, Acomba) et une excellente capacité d’apprentissage.</w:t>
      </w:r>
    </w:p>
    <w:p w14:paraId="059DFFC4" w14:textId="77777777" w:rsidR="00A11B90" w:rsidRDefault="00000000">
      <w:pPr>
        <w:pStyle w:val="Titre1"/>
      </w:pPr>
      <w:r>
        <w:t>Compétences</w:t>
      </w:r>
    </w:p>
    <w:p w14:paraId="1969B9BA" w14:textId="77777777" w:rsidR="00A11B90" w:rsidRPr="003738BB" w:rsidRDefault="00000000">
      <w:pPr>
        <w:pStyle w:val="Listepuces"/>
        <w:rPr>
          <w:lang w:val="fr-CA"/>
        </w:rPr>
      </w:pPr>
      <w:r w:rsidRPr="003738BB">
        <w:rPr>
          <w:lang w:val="fr-CA"/>
        </w:rPr>
        <w:t>Service à la clientèle et communication professionnelle</w:t>
      </w:r>
    </w:p>
    <w:p w14:paraId="0806DEE7" w14:textId="77777777" w:rsidR="00A11B90" w:rsidRDefault="00000000">
      <w:pPr>
        <w:pStyle w:val="Listepuces"/>
      </w:pPr>
      <w:r>
        <w:t>Administration et soutien aux opérations</w:t>
      </w:r>
    </w:p>
    <w:p w14:paraId="0AA1FE97" w14:textId="77777777" w:rsidR="00A11B90" w:rsidRPr="003738BB" w:rsidRDefault="00000000">
      <w:pPr>
        <w:pStyle w:val="Listepuces"/>
        <w:rPr>
          <w:lang w:val="fr-CA"/>
        </w:rPr>
      </w:pPr>
      <w:r w:rsidRPr="003738BB">
        <w:rPr>
          <w:lang w:val="fr-CA"/>
        </w:rPr>
        <w:t>Comptabilité : saisie de données, traitement et suivi</w:t>
      </w:r>
    </w:p>
    <w:p w14:paraId="2A6811AE" w14:textId="269CB5B0" w:rsidR="00A11B90" w:rsidRPr="00EE5E17" w:rsidRDefault="00000000" w:rsidP="00EE5E17">
      <w:pPr>
        <w:pStyle w:val="Listepuces"/>
        <w:rPr>
          <w:lang w:val="fr-CA"/>
        </w:rPr>
      </w:pPr>
      <w:r w:rsidRPr="00EE5E17">
        <w:rPr>
          <w:lang w:val="fr-CA"/>
        </w:rPr>
        <w:t>Maîtrise de Microsoft Office (Word, Excel, PowerPoint)</w:t>
      </w:r>
      <w:r w:rsidR="00EE5E17" w:rsidRPr="00EE5E17">
        <w:rPr>
          <w:lang w:val="fr-CA"/>
        </w:rPr>
        <w:t xml:space="preserve"> et </w:t>
      </w:r>
      <w:r w:rsidR="00EE5E17">
        <w:rPr>
          <w:lang w:val="fr-CA"/>
        </w:rPr>
        <w:t>des l</w:t>
      </w:r>
      <w:r w:rsidRPr="00EE5E17">
        <w:rPr>
          <w:lang w:val="fr-CA"/>
        </w:rPr>
        <w:t>ogiciels : SAP, Acomba</w:t>
      </w:r>
    </w:p>
    <w:p w14:paraId="757B0C09" w14:textId="77777777" w:rsidR="00A11B90" w:rsidRDefault="00000000">
      <w:pPr>
        <w:pStyle w:val="Listepuces"/>
      </w:pPr>
      <w:r>
        <w:t>Organisation, fiabilité, ponctualité et autonomie</w:t>
      </w:r>
    </w:p>
    <w:p w14:paraId="0C89AE95" w14:textId="77777777" w:rsidR="00A11B90" w:rsidRDefault="00000000">
      <w:pPr>
        <w:pStyle w:val="Listepuces"/>
      </w:pPr>
      <w:r>
        <w:t>Anglais : parlé et écrit</w:t>
      </w:r>
    </w:p>
    <w:p w14:paraId="18FB409B" w14:textId="70CDA96A" w:rsidR="00A11B90" w:rsidRDefault="00000000">
      <w:pPr>
        <w:pStyle w:val="Titre1"/>
      </w:pPr>
      <w:r>
        <w:t>Expérience</w:t>
      </w:r>
      <w:r w:rsidR="0047562C">
        <w:t>s</w:t>
      </w:r>
      <w:r>
        <w:t xml:space="preserve"> professionnelle</w:t>
      </w:r>
      <w:r w:rsidR="0047562C">
        <w:t>s</w:t>
      </w:r>
    </w:p>
    <w:p w14:paraId="6C042DBB" w14:textId="4817F6FC" w:rsidR="003738BB" w:rsidRPr="003738BB" w:rsidRDefault="003738BB" w:rsidP="003738BB">
      <w:pPr>
        <w:rPr>
          <w:lang w:val="fr-CA"/>
        </w:rPr>
      </w:pPr>
      <w:r w:rsidRPr="003738BB">
        <w:rPr>
          <w:b/>
          <w:lang w:val="fr-CA"/>
        </w:rPr>
        <w:t>Caissière — McDonald’s (Avril 2016 à Ma</w:t>
      </w:r>
      <w:r>
        <w:rPr>
          <w:b/>
          <w:lang w:val="fr-CA"/>
        </w:rPr>
        <w:t>i 2018)</w:t>
      </w:r>
    </w:p>
    <w:p w14:paraId="775B4C1A" w14:textId="47F35808" w:rsidR="003738BB" w:rsidRPr="003738BB" w:rsidRDefault="003738BB" w:rsidP="003738BB">
      <w:pPr>
        <w:pStyle w:val="Listepuces"/>
        <w:rPr>
          <w:lang w:val="fr-CA"/>
        </w:rPr>
      </w:pPr>
      <w:r w:rsidRPr="003738BB">
        <w:rPr>
          <w:lang w:val="fr-CA"/>
        </w:rPr>
        <w:t xml:space="preserve">Service à la clientèle </w:t>
      </w:r>
    </w:p>
    <w:p w14:paraId="04837450" w14:textId="77777777" w:rsidR="003738BB" w:rsidRPr="003738BB" w:rsidRDefault="003738BB" w:rsidP="003738BB">
      <w:pPr>
        <w:pStyle w:val="Listepuces"/>
        <w:rPr>
          <w:lang w:val="fr-CA"/>
        </w:rPr>
      </w:pPr>
      <w:r w:rsidRPr="003738BB">
        <w:rPr>
          <w:lang w:val="fr-CA"/>
        </w:rPr>
        <w:t>Gestion de caisse et travail d’équipe</w:t>
      </w:r>
    </w:p>
    <w:p w14:paraId="4B50815D" w14:textId="4106D513" w:rsidR="003738BB" w:rsidRPr="003738BB" w:rsidRDefault="003738BB" w:rsidP="003738BB">
      <w:pPr>
        <w:rPr>
          <w:lang w:val="fr-CA"/>
        </w:rPr>
      </w:pPr>
      <w:r w:rsidRPr="003738BB">
        <w:rPr>
          <w:b/>
          <w:lang w:val="fr-CA"/>
        </w:rPr>
        <w:t>Animatrice — Camp de jour de Saint-Lazare</w:t>
      </w:r>
      <w:r>
        <w:rPr>
          <w:b/>
          <w:lang w:val="fr-CA"/>
        </w:rPr>
        <w:t xml:space="preserve"> (Étés 2018, 2020 et 2024)</w:t>
      </w:r>
    </w:p>
    <w:p w14:paraId="3DC65E32" w14:textId="17877E4D" w:rsidR="003738BB" w:rsidRPr="003738BB" w:rsidRDefault="003738BB" w:rsidP="003738BB">
      <w:pPr>
        <w:pStyle w:val="Listepuces"/>
        <w:rPr>
          <w:lang w:val="fr-CA"/>
        </w:rPr>
      </w:pPr>
      <w:r w:rsidRPr="003738BB">
        <w:rPr>
          <w:lang w:val="fr-CA"/>
        </w:rPr>
        <w:t>Animation et encadrement de groupes</w:t>
      </w:r>
    </w:p>
    <w:p w14:paraId="4610C3AB" w14:textId="5E2F654B" w:rsidR="003738BB" w:rsidRPr="003738BB" w:rsidRDefault="003738BB" w:rsidP="003738BB">
      <w:pPr>
        <w:rPr>
          <w:lang w:val="fr-CA"/>
        </w:rPr>
      </w:pPr>
      <w:r w:rsidRPr="003738BB">
        <w:rPr>
          <w:b/>
          <w:lang w:val="fr-CA"/>
        </w:rPr>
        <w:t xml:space="preserve">Surveillante </w:t>
      </w:r>
      <w:r>
        <w:rPr>
          <w:b/>
          <w:lang w:val="fr-CA"/>
        </w:rPr>
        <w:t>des activités</w:t>
      </w:r>
      <w:r w:rsidR="00737CF4">
        <w:rPr>
          <w:b/>
          <w:lang w:val="fr-CA"/>
        </w:rPr>
        <w:t xml:space="preserve"> et préposé à l’accueil</w:t>
      </w:r>
      <w:r w:rsidRPr="003738BB">
        <w:rPr>
          <w:b/>
          <w:lang w:val="fr-CA"/>
        </w:rPr>
        <w:t xml:space="preserve"> — Complexe sportif</w:t>
      </w:r>
      <w:r w:rsidR="00737CF4">
        <w:rPr>
          <w:b/>
          <w:lang w:val="fr-CA"/>
        </w:rPr>
        <w:t xml:space="preserve">, </w:t>
      </w:r>
      <w:r w:rsidRPr="003738BB">
        <w:rPr>
          <w:b/>
          <w:lang w:val="fr-CA"/>
        </w:rPr>
        <w:t xml:space="preserve">écoles </w:t>
      </w:r>
      <w:r w:rsidR="00737CF4">
        <w:rPr>
          <w:b/>
          <w:lang w:val="fr-CA"/>
        </w:rPr>
        <w:t>et parc nature</w:t>
      </w:r>
      <w:r w:rsidR="008714C4">
        <w:rPr>
          <w:b/>
          <w:lang w:val="fr-CA"/>
        </w:rPr>
        <w:t xml:space="preserve"> les forestiers</w:t>
      </w:r>
      <w:r w:rsidR="00737CF4">
        <w:rPr>
          <w:b/>
          <w:lang w:val="fr-CA"/>
        </w:rPr>
        <w:t xml:space="preserve"> </w:t>
      </w:r>
      <w:r w:rsidRPr="003738BB">
        <w:rPr>
          <w:b/>
          <w:lang w:val="fr-CA"/>
        </w:rPr>
        <w:t>de Saint-Lazare</w:t>
      </w:r>
      <w:r>
        <w:rPr>
          <w:b/>
          <w:lang w:val="fr-CA"/>
        </w:rPr>
        <w:t xml:space="preserve"> (Septembre</w:t>
      </w:r>
      <w:r w:rsidR="00737CF4">
        <w:rPr>
          <w:b/>
          <w:lang w:val="fr-CA"/>
        </w:rPr>
        <w:t xml:space="preserve"> à Avril </w:t>
      </w:r>
      <w:r>
        <w:rPr>
          <w:b/>
          <w:lang w:val="fr-CA"/>
        </w:rPr>
        <w:t>2018</w:t>
      </w:r>
      <w:r w:rsidR="00737CF4">
        <w:rPr>
          <w:b/>
          <w:lang w:val="fr-CA"/>
        </w:rPr>
        <w:t xml:space="preserve"> - </w:t>
      </w:r>
      <w:r>
        <w:rPr>
          <w:b/>
          <w:lang w:val="fr-CA"/>
        </w:rPr>
        <w:t>2019</w:t>
      </w:r>
      <w:r w:rsidR="00737CF4">
        <w:rPr>
          <w:b/>
          <w:lang w:val="fr-CA"/>
        </w:rPr>
        <w:t>, 2019 - 2020, 2020 - 2021, 2023 - 2024, 2024 - 2025)</w:t>
      </w:r>
    </w:p>
    <w:p w14:paraId="0C2F44AD" w14:textId="77777777" w:rsidR="003738BB" w:rsidRDefault="003738BB" w:rsidP="003738BB">
      <w:pPr>
        <w:pStyle w:val="Listepuces"/>
      </w:pPr>
      <w:r>
        <w:t>Surveillance et encadrement</w:t>
      </w:r>
    </w:p>
    <w:p w14:paraId="0C6A5440" w14:textId="77777777" w:rsidR="003738BB" w:rsidRDefault="003738BB" w:rsidP="003738BB">
      <w:pPr>
        <w:pStyle w:val="Listepuces"/>
        <w:rPr>
          <w:lang w:val="fr-CA"/>
        </w:rPr>
      </w:pPr>
      <w:r w:rsidRPr="003738BB">
        <w:rPr>
          <w:lang w:val="fr-CA"/>
        </w:rPr>
        <w:t>Assurer la sécurité et le bon déroulement des activités</w:t>
      </w:r>
    </w:p>
    <w:p w14:paraId="75D03A82" w14:textId="040F402E" w:rsidR="003738BB" w:rsidRPr="003738BB" w:rsidRDefault="003738BB" w:rsidP="003738BB">
      <w:pPr>
        <w:pStyle w:val="Listepuces"/>
        <w:rPr>
          <w:lang w:val="fr-CA"/>
        </w:rPr>
      </w:pPr>
      <w:r>
        <w:rPr>
          <w:lang w:val="fr-CA"/>
        </w:rPr>
        <w:t>Gestion de la caisse</w:t>
      </w:r>
    </w:p>
    <w:p w14:paraId="1C1F2268" w14:textId="3E1AD0B8" w:rsidR="0068551D" w:rsidRPr="0068551D" w:rsidRDefault="0068551D" w:rsidP="0068551D">
      <w:pPr>
        <w:rPr>
          <w:lang w:val="fr-CA"/>
        </w:rPr>
      </w:pPr>
      <w:r w:rsidRPr="0068551D">
        <w:rPr>
          <w:b/>
          <w:lang w:val="fr-CA"/>
        </w:rPr>
        <w:t>Électromécanicienne — Renaissance des Îles (Ju</w:t>
      </w:r>
      <w:r>
        <w:rPr>
          <w:b/>
          <w:lang w:val="fr-CA"/>
        </w:rPr>
        <w:t>in 2021 à Décembre 2021)</w:t>
      </w:r>
    </w:p>
    <w:p w14:paraId="7177B7C9" w14:textId="77777777" w:rsidR="0068551D" w:rsidRPr="003738BB" w:rsidRDefault="0068551D" w:rsidP="0068551D">
      <w:pPr>
        <w:pStyle w:val="Listepuces"/>
        <w:rPr>
          <w:lang w:val="fr-CA"/>
        </w:rPr>
      </w:pPr>
      <w:r w:rsidRPr="003738BB">
        <w:rPr>
          <w:lang w:val="fr-CA"/>
        </w:rPr>
        <w:t>Entretien de la machinerie de l’usine</w:t>
      </w:r>
    </w:p>
    <w:p w14:paraId="18D28937" w14:textId="77777777" w:rsidR="0068551D" w:rsidRPr="003738BB" w:rsidRDefault="0068551D" w:rsidP="0068551D">
      <w:pPr>
        <w:pStyle w:val="Listepuces"/>
        <w:rPr>
          <w:lang w:val="fr-CA"/>
        </w:rPr>
      </w:pPr>
      <w:r w:rsidRPr="003738BB">
        <w:rPr>
          <w:lang w:val="fr-CA"/>
        </w:rPr>
        <w:lastRenderedPageBreak/>
        <w:t>Mise en place d’un logiciel de maintenance planifiée</w:t>
      </w:r>
    </w:p>
    <w:p w14:paraId="7C5E05D6" w14:textId="5A46E0D6" w:rsidR="0068551D" w:rsidRPr="003738BB" w:rsidRDefault="0068551D" w:rsidP="0068551D">
      <w:pPr>
        <w:rPr>
          <w:lang w:val="fr-CA"/>
        </w:rPr>
      </w:pPr>
      <w:r w:rsidRPr="003738BB">
        <w:rPr>
          <w:b/>
          <w:lang w:val="fr-CA"/>
        </w:rPr>
        <w:t>Agent de service à la clientèle — Agence de location des Îles</w:t>
      </w:r>
      <w:r>
        <w:rPr>
          <w:b/>
          <w:lang w:val="fr-CA"/>
        </w:rPr>
        <w:t xml:space="preserve"> (Janvier 2022 à Mai 2022)</w:t>
      </w:r>
    </w:p>
    <w:p w14:paraId="3E12E891" w14:textId="77777777" w:rsidR="0068551D" w:rsidRPr="003738BB" w:rsidRDefault="0068551D" w:rsidP="0068551D">
      <w:pPr>
        <w:pStyle w:val="Listepuces"/>
        <w:rPr>
          <w:lang w:val="fr-CA"/>
        </w:rPr>
      </w:pPr>
      <w:r w:rsidRPr="003738BB">
        <w:rPr>
          <w:lang w:val="fr-CA"/>
        </w:rPr>
        <w:t>Accueil et service à la clientèle</w:t>
      </w:r>
    </w:p>
    <w:p w14:paraId="7670C609" w14:textId="77777777" w:rsidR="0068551D" w:rsidRDefault="0068551D" w:rsidP="0068551D">
      <w:pPr>
        <w:pStyle w:val="Listepuces"/>
      </w:pPr>
      <w:r>
        <w:t>Exécution de diverses tâches administratives</w:t>
      </w:r>
    </w:p>
    <w:p w14:paraId="7305FAD3" w14:textId="1AB24553" w:rsidR="0068551D" w:rsidRPr="003738BB" w:rsidRDefault="0068551D" w:rsidP="0068551D">
      <w:pPr>
        <w:rPr>
          <w:lang w:val="fr-CA"/>
        </w:rPr>
      </w:pPr>
      <w:r w:rsidRPr="003738BB">
        <w:rPr>
          <w:b/>
          <w:lang w:val="fr-CA"/>
        </w:rPr>
        <w:t>Commis à l’administration — Ministère Pêches et Océans Canada</w:t>
      </w:r>
      <w:r>
        <w:rPr>
          <w:b/>
          <w:lang w:val="fr-CA"/>
        </w:rPr>
        <w:t xml:space="preserve"> (Mai 2022 à Août 2022)</w:t>
      </w:r>
    </w:p>
    <w:p w14:paraId="47746CF5" w14:textId="357E03CB" w:rsidR="0068551D" w:rsidRPr="003738BB" w:rsidRDefault="0068551D" w:rsidP="0068551D">
      <w:pPr>
        <w:pStyle w:val="Listepuces"/>
        <w:rPr>
          <w:lang w:val="fr-CA"/>
        </w:rPr>
      </w:pPr>
      <w:r w:rsidRPr="003738BB">
        <w:rPr>
          <w:lang w:val="fr-CA"/>
        </w:rPr>
        <w:t>Réalisation de tâches administratives et de soutien aux opérations</w:t>
      </w:r>
    </w:p>
    <w:p w14:paraId="4566CE16" w14:textId="4ADB3D3F" w:rsidR="0068551D" w:rsidRPr="003738BB" w:rsidRDefault="0068551D" w:rsidP="0068551D">
      <w:pPr>
        <w:rPr>
          <w:lang w:val="fr-CA"/>
        </w:rPr>
      </w:pPr>
      <w:r w:rsidRPr="003738BB">
        <w:rPr>
          <w:b/>
          <w:lang w:val="fr-CA"/>
        </w:rPr>
        <w:t>Technicienne comptable — Bureau de comptables Cyr, Landry, Lapierre Inc.</w:t>
      </w:r>
      <w:r>
        <w:rPr>
          <w:b/>
          <w:lang w:val="fr-CA"/>
        </w:rPr>
        <w:t xml:space="preserve"> (Novembre 2022 à Août 2023)</w:t>
      </w:r>
    </w:p>
    <w:p w14:paraId="2E88DC44" w14:textId="77777777" w:rsidR="0068551D" w:rsidRDefault="0068551D" w:rsidP="0068551D">
      <w:pPr>
        <w:pStyle w:val="Listepuces"/>
        <w:rPr>
          <w:lang w:val="fr-CA"/>
        </w:rPr>
      </w:pPr>
      <w:r w:rsidRPr="003738BB">
        <w:rPr>
          <w:lang w:val="fr-CA"/>
        </w:rPr>
        <w:t>Soutien aux tâches comptables et administratives</w:t>
      </w:r>
    </w:p>
    <w:p w14:paraId="1A02553F" w14:textId="6E2A05FC" w:rsidR="003738BB" w:rsidRPr="0047562C" w:rsidRDefault="0068551D" w:rsidP="003738BB">
      <w:pPr>
        <w:pStyle w:val="Listepuces"/>
        <w:rPr>
          <w:lang w:val="fr-CA"/>
        </w:rPr>
      </w:pPr>
      <w:r>
        <w:rPr>
          <w:lang w:val="fr-CA"/>
        </w:rPr>
        <w:t xml:space="preserve">Tenue de livres, </w:t>
      </w:r>
      <w:r w:rsidR="0047562C">
        <w:rPr>
          <w:lang w:val="fr-CA"/>
        </w:rPr>
        <w:t>audit chez des clients</w:t>
      </w:r>
    </w:p>
    <w:p w14:paraId="0A95D5D6" w14:textId="7AB0F11E" w:rsidR="003738BB" w:rsidRPr="0047562C" w:rsidRDefault="003738BB" w:rsidP="0047562C">
      <w:pPr>
        <w:rPr>
          <w:lang w:val="fr-CA"/>
        </w:rPr>
      </w:pPr>
      <w:r w:rsidRPr="003738BB">
        <w:rPr>
          <w:b/>
          <w:lang w:val="fr-CA"/>
        </w:rPr>
        <w:t>Chef animatrice</w:t>
      </w:r>
      <w:r>
        <w:rPr>
          <w:b/>
          <w:lang w:val="fr-CA"/>
        </w:rPr>
        <w:t xml:space="preserve"> / Coordonnatrice</w:t>
      </w:r>
      <w:r w:rsidRPr="003738BB">
        <w:rPr>
          <w:b/>
          <w:lang w:val="fr-CA"/>
        </w:rPr>
        <w:t xml:space="preserve"> — Camp de jour de Saint-Lazare</w:t>
      </w:r>
      <w:r w:rsidR="0047562C">
        <w:rPr>
          <w:b/>
          <w:lang w:val="fr-CA"/>
        </w:rPr>
        <w:t xml:space="preserve"> (</w:t>
      </w:r>
      <w:r w:rsidR="000031E9">
        <w:rPr>
          <w:b/>
          <w:lang w:val="fr-CA"/>
        </w:rPr>
        <w:t>Janvier</w:t>
      </w:r>
      <w:r w:rsidR="0047562C">
        <w:rPr>
          <w:b/>
          <w:lang w:val="fr-CA"/>
        </w:rPr>
        <w:t xml:space="preserve"> 2025 </w:t>
      </w:r>
      <w:r w:rsidR="000031E9">
        <w:rPr>
          <w:b/>
          <w:lang w:val="fr-CA"/>
        </w:rPr>
        <w:t xml:space="preserve">à Août </w:t>
      </w:r>
      <w:r w:rsidR="0047562C">
        <w:rPr>
          <w:b/>
          <w:lang w:val="fr-CA"/>
        </w:rPr>
        <w:t>2026)</w:t>
      </w:r>
    </w:p>
    <w:p w14:paraId="5C5E5CC7" w14:textId="59231722" w:rsidR="0047562C" w:rsidRPr="006A7515" w:rsidRDefault="006A7515" w:rsidP="006A7515">
      <w:pPr>
        <w:pStyle w:val="Listepuces"/>
        <w:rPr>
          <w:lang w:val="fr-CA"/>
        </w:rPr>
      </w:pPr>
      <w:r w:rsidRPr="006A7515">
        <w:rPr>
          <w:lang w:val="fr-CA"/>
        </w:rPr>
        <w:t xml:space="preserve">Superviser, encadrer et soutenir les </w:t>
      </w:r>
      <w:r>
        <w:rPr>
          <w:lang w:val="fr-CA"/>
        </w:rPr>
        <w:t>employés</w:t>
      </w:r>
      <w:r w:rsidR="00EE5E17" w:rsidRPr="006A7515">
        <w:rPr>
          <w:lang w:val="fr-CA"/>
        </w:rPr>
        <w:t xml:space="preserve"> </w:t>
      </w:r>
      <w:r w:rsidR="00FB2190">
        <w:rPr>
          <w:lang w:val="fr-CA"/>
        </w:rPr>
        <w:t>(90)</w:t>
      </w:r>
    </w:p>
    <w:p w14:paraId="7F3EAF91" w14:textId="2473CF78" w:rsidR="008714C4" w:rsidRDefault="006A7515" w:rsidP="00EE5E17">
      <w:pPr>
        <w:pStyle w:val="Listepuces"/>
        <w:rPr>
          <w:lang w:val="fr-CA"/>
        </w:rPr>
      </w:pPr>
      <w:r w:rsidRPr="006A7515">
        <w:rPr>
          <w:lang w:val="fr-CA"/>
        </w:rPr>
        <w:t>Planifier et coordonner les activités et les opérations quotidiennes</w:t>
      </w:r>
    </w:p>
    <w:p w14:paraId="70B812D0" w14:textId="1F6DF5C5" w:rsidR="008714C4" w:rsidRDefault="006A7515" w:rsidP="00EE5E17">
      <w:pPr>
        <w:pStyle w:val="Listepuces"/>
        <w:rPr>
          <w:lang w:val="fr-CA"/>
        </w:rPr>
      </w:pPr>
      <w:r w:rsidRPr="006A7515">
        <w:rPr>
          <w:lang w:val="fr-CA"/>
        </w:rPr>
        <w:t>Coordonner la mise en œuvre des activités et des événements</w:t>
      </w:r>
    </w:p>
    <w:p w14:paraId="40905C58" w14:textId="0AC3177C" w:rsidR="008714C4" w:rsidRDefault="006A7515" w:rsidP="00EE5E17">
      <w:pPr>
        <w:pStyle w:val="Listepuces"/>
        <w:rPr>
          <w:lang w:val="fr-CA"/>
        </w:rPr>
      </w:pPr>
      <w:r w:rsidRPr="006A7515">
        <w:rPr>
          <w:lang w:val="fr-CA"/>
        </w:rPr>
        <w:t>Offrir un service à la clientèle de qualité et répondre aux besoins des citoyens</w:t>
      </w:r>
    </w:p>
    <w:p w14:paraId="3D33CA6A" w14:textId="7F8BD319" w:rsidR="006A7515" w:rsidRPr="00EE5E17" w:rsidRDefault="006A7515" w:rsidP="00EE5E17">
      <w:pPr>
        <w:pStyle w:val="Listepuces"/>
        <w:rPr>
          <w:lang w:val="fr-CA"/>
        </w:rPr>
      </w:pPr>
      <w:r w:rsidRPr="006A7515">
        <w:rPr>
          <w:lang w:val="fr-CA"/>
        </w:rPr>
        <w:t>Assurer le suivi des dépenses et le respect des budgets établis</w:t>
      </w:r>
    </w:p>
    <w:p w14:paraId="20D5A064" w14:textId="77777777" w:rsidR="00A11B90" w:rsidRPr="003738BB" w:rsidRDefault="00000000">
      <w:pPr>
        <w:pStyle w:val="Titre1"/>
        <w:rPr>
          <w:lang w:val="fr-CA"/>
        </w:rPr>
      </w:pPr>
      <w:r w:rsidRPr="003738BB">
        <w:rPr>
          <w:lang w:val="fr-CA"/>
        </w:rPr>
        <w:t>Formation</w:t>
      </w:r>
    </w:p>
    <w:p w14:paraId="3E61BC5F" w14:textId="241B10B2" w:rsidR="00134696" w:rsidRPr="00134696" w:rsidRDefault="00134696">
      <w:pPr>
        <w:rPr>
          <w:lang w:val="fr-CA"/>
        </w:rPr>
      </w:pPr>
      <w:r>
        <w:rPr>
          <w:b/>
          <w:lang w:val="fr-CA"/>
        </w:rPr>
        <w:t>Maîtrise en administration des affaires</w:t>
      </w:r>
      <w:r w:rsidR="00FB2190">
        <w:rPr>
          <w:b/>
          <w:lang w:val="fr-CA"/>
        </w:rPr>
        <w:t xml:space="preserve"> - Gestion</w:t>
      </w:r>
      <w:r w:rsidR="00163277">
        <w:rPr>
          <w:b/>
          <w:lang w:val="fr-CA"/>
        </w:rPr>
        <w:t xml:space="preserve"> (En cours)</w:t>
      </w:r>
      <w:r>
        <w:rPr>
          <w:b/>
          <w:lang w:val="fr-CA"/>
        </w:rPr>
        <w:t xml:space="preserve"> </w:t>
      </w:r>
      <w:r w:rsidRPr="003738BB">
        <w:rPr>
          <w:lang w:val="fr-CA"/>
        </w:rPr>
        <w:t xml:space="preserve">— Université </w:t>
      </w:r>
      <w:r>
        <w:rPr>
          <w:lang w:val="fr-CA"/>
        </w:rPr>
        <w:t>Laval à Québec</w:t>
      </w:r>
    </w:p>
    <w:p w14:paraId="3E76E5D5" w14:textId="018DF7A2" w:rsidR="00A11B90" w:rsidRPr="003738BB" w:rsidRDefault="00000000">
      <w:pPr>
        <w:rPr>
          <w:lang w:val="fr-CA"/>
        </w:rPr>
      </w:pPr>
      <w:r w:rsidRPr="003738BB">
        <w:rPr>
          <w:b/>
          <w:lang w:val="fr-CA"/>
        </w:rPr>
        <w:t>Baccalauréat en sciences comptables</w:t>
      </w:r>
      <w:r w:rsidRPr="003738BB">
        <w:rPr>
          <w:lang w:val="fr-CA"/>
        </w:rPr>
        <w:t xml:space="preserve"> — Université du Québec à Trois-Rivières (UQTR)</w:t>
      </w:r>
    </w:p>
    <w:p w14:paraId="725BFD7C" w14:textId="77777777" w:rsidR="00A11B90" w:rsidRPr="003738BB" w:rsidRDefault="00000000">
      <w:pPr>
        <w:rPr>
          <w:lang w:val="fr-CA"/>
        </w:rPr>
      </w:pPr>
      <w:r w:rsidRPr="003738BB">
        <w:rPr>
          <w:b/>
          <w:lang w:val="fr-CA"/>
        </w:rPr>
        <w:t>Certificat en comptabilité générale</w:t>
      </w:r>
      <w:r w:rsidRPr="003738BB">
        <w:rPr>
          <w:lang w:val="fr-CA"/>
        </w:rPr>
        <w:t xml:space="preserve"> — Université du Québec à Trois-Rivières (UQTR)</w:t>
      </w:r>
    </w:p>
    <w:p w14:paraId="4E186778" w14:textId="5270C7AF" w:rsidR="00A11B90" w:rsidRPr="003738BB" w:rsidRDefault="00000000">
      <w:pPr>
        <w:rPr>
          <w:lang w:val="fr-CA"/>
        </w:rPr>
      </w:pPr>
      <w:r w:rsidRPr="003738BB">
        <w:rPr>
          <w:b/>
          <w:lang w:val="fr-CA"/>
        </w:rPr>
        <w:t>DEC – Comptabilité et gestion</w:t>
      </w:r>
      <w:r w:rsidR="00C9280A">
        <w:rPr>
          <w:b/>
          <w:lang w:val="fr-CA"/>
        </w:rPr>
        <w:t xml:space="preserve"> </w:t>
      </w:r>
      <w:r w:rsidR="00C9280A" w:rsidRPr="003738BB">
        <w:rPr>
          <w:lang w:val="fr-CA"/>
        </w:rPr>
        <w:t xml:space="preserve">— </w:t>
      </w:r>
      <w:r w:rsidR="00C9280A">
        <w:rPr>
          <w:lang w:val="fr-CA"/>
        </w:rPr>
        <w:t>Cégep des Îles-de-la-Madeleine</w:t>
      </w:r>
    </w:p>
    <w:p w14:paraId="19465651" w14:textId="77777777" w:rsidR="00A11B90" w:rsidRPr="003738BB" w:rsidRDefault="00000000">
      <w:pPr>
        <w:rPr>
          <w:lang w:val="fr-CA"/>
        </w:rPr>
      </w:pPr>
      <w:r w:rsidRPr="003738BB">
        <w:rPr>
          <w:b/>
          <w:lang w:val="fr-CA"/>
        </w:rPr>
        <w:t>DEP – Électromécanique</w:t>
      </w:r>
    </w:p>
    <w:p w14:paraId="3A6A0E3C" w14:textId="77777777" w:rsidR="00A11B90" w:rsidRPr="003738BB" w:rsidRDefault="00000000">
      <w:pPr>
        <w:rPr>
          <w:lang w:val="fr-CA"/>
        </w:rPr>
      </w:pPr>
      <w:r w:rsidRPr="003738BB">
        <w:rPr>
          <w:b/>
          <w:lang w:val="fr-CA"/>
        </w:rPr>
        <w:t>Secondaire 5</w:t>
      </w:r>
    </w:p>
    <w:p w14:paraId="11B0DF1A" w14:textId="77777777" w:rsidR="00A11B90" w:rsidRPr="003738BB" w:rsidRDefault="00000000">
      <w:pPr>
        <w:pStyle w:val="Titre1"/>
        <w:rPr>
          <w:lang w:val="fr-CA"/>
        </w:rPr>
      </w:pPr>
      <w:r w:rsidRPr="003738BB">
        <w:rPr>
          <w:lang w:val="fr-CA"/>
        </w:rPr>
        <w:t>Implication</w:t>
      </w:r>
    </w:p>
    <w:p w14:paraId="69CD7072" w14:textId="5E1C5B03" w:rsidR="00A11B90" w:rsidRPr="003738BB" w:rsidRDefault="00000000" w:rsidP="008714C4">
      <w:pPr>
        <w:rPr>
          <w:lang w:val="fr-CA"/>
        </w:rPr>
      </w:pPr>
      <w:r w:rsidRPr="003738BB">
        <w:rPr>
          <w:lang w:val="fr-CA"/>
        </w:rPr>
        <w:t>Membre du club entrepreneur étudiant du Cégep des Îles-de-la-Madeleine. Participation à des activités de la Chambre de commerce des Îles-de-la-Madeleine et à divers événements liés à l’entrepreneuriat.</w:t>
      </w:r>
    </w:p>
    <w:sectPr w:rsidR="00A11B90" w:rsidRPr="003738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240171">
    <w:abstractNumId w:val="8"/>
  </w:num>
  <w:num w:numId="2" w16cid:durableId="275061916">
    <w:abstractNumId w:val="6"/>
  </w:num>
  <w:num w:numId="3" w16cid:durableId="485054388">
    <w:abstractNumId w:val="5"/>
  </w:num>
  <w:num w:numId="4" w16cid:durableId="1415318742">
    <w:abstractNumId w:val="4"/>
  </w:num>
  <w:num w:numId="5" w16cid:durableId="1851337987">
    <w:abstractNumId w:val="7"/>
  </w:num>
  <w:num w:numId="6" w16cid:durableId="1955165078">
    <w:abstractNumId w:val="3"/>
  </w:num>
  <w:num w:numId="7" w16cid:durableId="1715739073">
    <w:abstractNumId w:val="2"/>
  </w:num>
  <w:num w:numId="8" w16cid:durableId="1166898859">
    <w:abstractNumId w:val="1"/>
  </w:num>
  <w:num w:numId="9" w16cid:durableId="195035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E9"/>
    <w:rsid w:val="00034616"/>
    <w:rsid w:val="0006063C"/>
    <w:rsid w:val="00134696"/>
    <w:rsid w:val="0015074B"/>
    <w:rsid w:val="00163277"/>
    <w:rsid w:val="0029639D"/>
    <w:rsid w:val="00326F90"/>
    <w:rsid w:val="003738BB"/>
    <w:rsid w:val="003A2EDA"/>
    <w:rsid w:val="0047562C"/>
    <w:rsid w:val="00542612"/>
    <w:rsid w:val="005D71D6"/>
    <w:rsid w:val="0068551D"/>
    <w:rsid w:val="006A7515"/>
    <w:rsid w:val="00737CF4"/>
    <w:rsid w:val="0077383E"/>
    <w:rsid w:val="0080235E"/>
    <w:rsid w:val="008714C4"/>
    <w:rsid w:val="00A11B90"/>
    <w:rsid w:val="00AA1D8D"/>
    <w:rsid w:val="00AA7B06"/>
    <w:rsid w:val="00AC6D74"/>
    <w:rsid w:val="00B47730"/>
    <w:rsid w:val="00C81BCA"/>
    <w:rsid w:val="00C82AD1"/>
    <w:rsid w:val="00C9280A"/>
    <w:rsid w:val="00CB0664"/>
    <w:rsid w:val="00CB2297"/>
    <w:rsid w:val="00E60C66"/>
    <w:rsid w:val="00EE5E17"/>
    <w:rsid w:val="00F01CBF"/>
    <w:rsid w:val="00F04DE6"/>
    <w:rsid w:val="00F245C9"/>
    <w:rsid w:val="00FB21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7EDB1"/>
  <w14:defaultImageDpi w14:val="300"/>
  <w15:docId w15:val="{20493F22-78E3-4ECA-BF38-C0A93016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Bourgeois, Océane</cp:lastModifiedBy>
  <cp:revision>16</cp:revision>
  <dcterms:created xsi:type="dcterms:W3CDTF">2026-01-19T00:23:00Z</dcterms:created>
  <dcterms:modified xsi:type="dcterms:W3CDTF">2026-07-18T11:45:00Z</dcterms:modified>
  <cp:category/>
</cp:coreProperties>
</file>